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4ED" w:rsidRPr="002076AE" w:rsidRDefault="007D54ED" w:rsidP="007D54ED">
      <w:pPr>
        <w:spacing w:after="200"/>
        <w:jc w:val="right"/>
        <w:rPr>
          <w:b/>
          <w:lang w:val="pl-PL"/>
        </w:rPr>
      </w:pPr>
      <w:r w:rsidRPr="002076AE">
        <w:rPr>
          <w:b/>
          <w:i/>
          <w:color w:val="444444"/>
          <w:lang w:val="pl-PL"/>
        </w:rPr>
        <w:t>załącznik nr 1</w:t>
      </w:r>
    </w:p>
    <w:p w:rsidR="00B56470" w:rsidRPr="002076AE" w:rsidRDefault="007325AA">
      <w:pPr>
        <w:spacing w:before="240" w:after="60"/>
        <w:jc w:val="center"/>
        <w:rPr>
          <w:lang w:val="pl-PL"/>
        </w:rPr>
      </w:pPr>
      <w:r w:rsidRPr="002076AE">
        <w:rPr>
          <w:b/>
          <w:color w:val="1F1F1F"/>
          <w:sz w:val="30"/>
          <w:lang w:val="pl-PL"/>
        </w:rPr>
        <w:t>FORMULARZ OFERTOWY</w:t>
      </w:r>
    </w:p>
    <w:p w:rsidR="00186EC5" w:rsidRPr="002076AE" w:rsidRDefault="007325AA" w:rsidP="00186EC5">
      <w:pPr>
        <w:widowControl w:val="0"/>
        <w:adjustRightInd w:val="0"/>
        <w:spacing w:after="0"/>
        <w:jc w:val="both"/>
        <w:rPr>
          <w:rFonts w:cs="Times New Roman"/>
          <w:b/>
          <w:color w:val="000000" w:themeColor="text1"/>
          <w:sz w:val="24"/>
          <w:szCs w:val="24"/>
          <w:lang w:val="pl-PL" w:eastAsia="pl-PL"/>
        </w:rPr>
      </w:pPr>
      <w:r w:rsidRPr="002076AE">
        <w:rPr>
          <w:lang w:val="pl-PL"/>
        </w:rPr>
        <w:t>Dotyczy zadania</w:t>
      </w:r>
      <w:r w:rsidR="00186EC5" w:rsidRPr="002076AE">
        <w:rPr>
          <w:lang w:val="pl-PL"/>
        </w:rPr>
        <w:t xml:space="preserve"> </w:t>
      </w:r>
      <w:r w:rsidR="00186EC5" w:rsidRPr="002076AE">
        <w:rPr>
          <w:rFonts w:cs="Times New Roman"/>
          <w:b/>
          <w:color w:val="000000" w:themeColor="text1"/>
          <w:sz w:val="24"/>
          <w:szCs w:val="24"/>
          <w:lang w:val="pl-PL" w:eastAsia="pl-PL"/>
        </w:rPr>
        <w:t>„</w:t>
      </w:r>
      <w:r w:rsidR="00186EC5" w:rsidRPr="002076AE">
        <w:rPr>
          <w:rFonts w:cs="Times New Roman"/>
          <w:b/>
          <w:sz w:val="24"/>
          <w:szCs w:val="24"/>
          <w:lang w:val="pl-PL"/>
        </w:rPr>
        <w:t xml:space="preserve">Zakup samochodu służbowego typu minibus/kombi przystosowanego do przewozu osób z niepełnosprawnościami poruszających się na wózkach inwalidzkich na potrzeby </w:t>
      </w:r>
      <w:r w:rsidR="007D54ED">
        <w:rPr>
          <w:rFonts w:cs="Times New Roman"/>
          <w:b/>
          <w:sz w:val="24"/>
          <w:szCs w:val="24"/>
          <w:lang w:val="pl-PL"/>
        </w:rPr>
        <w:t>Gminy</w:t>
      </w:r>
      <w:r w:rsidR="00186EC5" w:rsidRPr="002076AE">
        <w:rPr>
          <w:rFonts w:cs="Times New Roman"/>
          <w:b/>
          <w:sz w:val="24"/>
          <w:szCs w:val="24"/>
          <w:lang w:val="pl-PL"/>
        </w:rPr>
        <w:t xml:space="preserve"> Sol</w:t>
      </w:r>
      <w:r w:rsidR="007D54ED">
        <w:rPr>
          <w:rFonts w:cs="Times New Roman"/>
          <w:b/>
          <w:sz w:val="24"/>
          <w:szCs w:val="24"/>
          <w:lang w:val="pl-PL"/>
        </w:rPr>
        <w:t>e</w:t>
      </w:r>
      <w:r w:rsidR="00186EC5" w:rsidRPr="002076AE">
        <w:rPr>
          <w:rFonts w:cs="Times New Roman"/>
          <w:b/>
          <w:sz w:val="24"/>
          <w:szCs w:val="24"/>
          <w:lang w:val="pl-PL"/>
        </w:rPr>
        <w:t>c Kujawski”</w:t>
      </w:r>
      <w:r w:rsidR="007D54ED">
        <w:rPr>
          <w:rFonts w:cs="Times New Roman"/>
          <w:b/>
          <w:sz w:val="24"/>
          <w:szCs w:val="24"/>
          <w:lang w:val="pl-PL"/>
        </w:rPr>
        <w:t>.</w:t>
      </w:r>
    </w:p>
    <w:p w:rsidR="00EB2C9C" w:rsidRPr="002076AE" w:rsidRDefault="00EB2C9C" w:rsidP="00186EC5">
      <w:pPr>
        <w:widowControl w:val="0"/>
        <w:adjustRightInd w:val="0"/>
        <w:spacing w:after="0"/>
        <w:jc w:val="both"/>
        <w:rPr>
          <w:color w:val="444444"/>
          <w:sz w:val="21"/>
          <w:lang w:val="pl-PL"/>
        </w:rPr>
      </w:pPr>
    </w:p>
    <w:p w:rsidR="00B56470" w:rsidRPr="002076AE" w:rsidRDefault="007640A5" w:rsidP="00EB2C9C">
      <w:pPr>
        <w:spacing w:after="160"/>
        <w:jc w:val="right"/>
        <w:rPr>
          <w:lang w:val="pl-PL"/>
        </w:rPr>
      </w:pPr>
      <w:r w:rsidRPr="002076AE">
        <w:rPr>
          <w:color w:val="444444"/>
          <w:sz w:val="21"/>
          <w:lang w:val="pl-PL"/>
        </w:rPr>
        <w:t>Miejscowość…….., data………….</w:t>
      </w:r>
    </w:p>
    <w:p w:rsidR="00B56470" w:rsidRPr="002076AE" w:rsidRDefault="007325AA">
      <w:pPr>
        <w:pStyle w:val="Nagwek1"/>
        <w:spacing w:before="0"/>
        <w:rPr>
          <w:lang w:val="pl-PL"/>
        </w:rPr>
      </w:pPr>
      <w:r w:rsidRPr="002076AE">
        <w:rPr>
          <w:b w:val="0"/>
          <w:lang w:val="pl-PL"/>
        </w:rPr>
        <w:t>I. Dane wykonawcy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6123"/>
      </w:tblGrid>
      <w:tr w:rsidR="00B56470" w:rsidRPr="002076AE">
        <w:trPr>
          <w:jc w:val="center"/>
        </w:trPr>
        <w:tc>
          <w:tcPr>
            <w:tcW w:w="2835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EAF2F8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b/>
                <w:sz w:val="21"/>
                <w:lang w:val="pl-PL"/>
              </w:rPr>
              <w:t>Nazwa / firma wykonawcy</w:t>
            </w:r>
          </w:p>
        </w:tc>
        <w:tc>
          <w:tcPr>
            <w:tcW w:w="6123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B56470">
            <w:pPr>
              <w:rPr>
                <w:lang w:val="pl-PL"/>
              </w:rPr>
            </w:pPr>
          </w:p>
        </w:tc>
      </w:tr>
      <w:tr w:rsidR="00B56470" w:rsidRPr="002076AE">
        <w:trPr>
          <w:jc w:val="center"/>
        </w:trPr>
        <w:tc>
          <w:tcPr>
            <w:tcW w:w="2835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EAF2F8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b/>
                <w:sz w:val="21"/>
                <w:lang w:val="pl-PL"/>
              </w:rPr>
              <w:t>Siedziba / adres</w:t>
            </w:r>
          </w:p>
        </w:tc>
        <w:tc>
          <w:tcPr>
            <w:tcW w:w="6123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B56470">
            <w:pPr>
              <w:rPr>
                <w:lang w:val="pl-PL"/>
              </w:rPr>
            </w:pPr>
          </w:p>
        </w:tc>
      </w:tr>
      <w:tr w:rsidR="00B56470" w:rsidRPr="002076AE">
        <w:trPr>
          <w:jc w:val="center"/>
        </w:trPr>
        <w:tc>
          <w:tcPr>
            <w:tcW w:w="2835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EAF2F8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b/>
                <w:sz w:val="21"/>
                <w:lang w:val="pl-PL"/>
              </w:rPr>
              <w:t>NIP / REGON / KRS lub CEIDG</w:t>
            </w:r>
          </w:p>
        </w:tc>
        <w:tc>
          <w:tcPr>
            <w:tcW w:w="6123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B56470">
            <w:pPr>
              <w:rPr>
                <w:lang w:val="pl-PL"/>
              </w:rPr>
            </w:pPr>
          </w:p>
        </w:tc>
      </w:tr>
      <w:tr w:rsidR="00B56470" w:rsidRPr="002076AE">
        <w:trPr>
          <w:jc w:val="center"/>
        </w:trPr>
        <w:tc>
          <w:tcPr>
            <w:tcW w:w="2835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EAF2F8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b/>
                <w:sz w:val="21"/>
                <w:lang w:val="pl-PL"/>
              </w:rPr>
              <w:t>Osoba do kontaktu</w:t>
            </w:r>
          </w:p>
        </w:tc>
        <w:tc>
          <w:tcPr>
            <w:tcW w:w="6123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B56470">
            <w:pPr>
              <w:rPr>
                <w:lang w:val="pl-PL"/>
              </w:rPr>
            </w:pPr>
          </w:p>
        </w:tc>
      </w:tr>
      <w:tr w:rsidR="00B56470" w:rsidRPr="002076AE">
        <w:trPr>
          <w:jc w:val="center"/>
        </w:trPr>
        <w:tc>
          <w:tcPr>
            <w:tcW w:w="2835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EAF2F8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b/>
                <w:sz w:val="21"/>
                <w:lang w:val="pl-PL"/>
              </w:rPr>
              <w:t>Telefon / e-mail</w:t>
            </w:r>
          </w:p>
        </w:tc>
        <w:tc>
          <w:tcPr>
            <w:tcW w:w="6123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B56470">
            <w:pPr>
              <w:rPr>
                <w:lang w:val="pl-PL"/>
              </w:rPr>
            </w:pPr>
          </w:p>
        </w:tc>
      </w:tr>
      <w:tr w:rsidR="00B56470" w:rsidRPr="002076AE">
        <w:trPr>
          <w:jc w:val="center"/>
        </w:trPr>
        <w:tc>
          <w:tcPr>
            <w:tcW w:w="2835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EAF2F8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b/>
                <w:sz w:val="21"/>
                <w:lang w:val="pl-PL"/>
              </w:rPr>
              <w:t>Osoba uprawniona do podpisania oferty</w:t>
            </w:r>
          </w:p>
        </w:tc>
        <w:tc>
          <w:tcPr>
            <w:tcW w:w="6123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B56470">
            <w:pPr>
              <w:rPr>
                <w:lang w:val="pl-PL"/>
              </w:rPr>
            </w:pPr>
          </w:p>
        </w:tc>
      </w:tr>
    </w:tbl>
    <w:p w:rsidR="00B56470" w:rsidRPr="002076AE" w:rsidRDefault="00B56470">
      <w:pPr>
        <w:rPr>
          <w:sz w:val="16"/>
          <w:szCs w:val="16"/>
          <w:lang w:val="pl-PL"/>
        </w:rPr>
      </w:pPr>
    </w:p>
    <w:p w:rsidR="00B56470" w:rsidRPr="002076AE" w:rsidRDefault="007325AA">
      <w:pPr>
        <w:pStyle w:val="Nagwek1"/>
        <w:spacing w:before="0"/>
        <w:rPr>
          <w:lang w:val="pl-PL"/>
        </w:rPr>
      </w:pPr>
      <w:r w:rsidRPr="002076AE">
        <w:rPr>
          <w:b w:val="0"/>
          <w:lang w:val="pl-PL"/>
        </w:rPr>
        <w:t>II. Cena oferty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5"/>
        <w:gridCol w:w="4422"/>
      </w:tblGrid>
      <w:tr w:rsidR="00B56470" w:rsidRPr="002076AE">
        <w:trPr>
          <w:jc w:val="center"/>
        </w:trPr>
        <w:tc>
          <w:tcPr>
            <w:tcW w:w="4535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EAF2F8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b/>
                <w:lang w:val="pl-PL"/>
              </w:rPr>
              <w:t>Cena netto</w:t>
            </w:r>
          </w:p>
        </w:tc>
        <w:tc>
          <w:tcPr>
            <w:tcW w:w="4422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B56470">
            <w:pPr>
              <w:rPr>
                <w:lang w:val="pl-PL"/>
              </w:rPr>
            </w:pPr>
          </w:p>
        </w:tc>
      </w:tr>
      <w:tr w:rsidR="00B56470" w:rsidRPr="002076AE">
        <w:trPr>
          <w:jc w:val="center"/>
        </w:trPr>
        <w:tc>
          <w:tcPr>
            <w:tcW w:w="4535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EAF2F8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b/>
                <w:lang w:val="pl-PL"/>
              </w:rPr>
              <w:t>Stawka podatku VAT</w:t>
            </w:r>
          </w:p>
        </w:tc>
        <w:tc>
          <w:tcPr>
            <w:tcW w:w="4422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B56470">
            <w:pPr>
              <w:rPr>
                <w:lang w:val="pl-PL"/>
              </w:rPr>
            </w:pPr>
          </w:p>
        </w:tc>
      </w:tr>
      <w:tr w:rsidR="00B56470" w:rsidRPr="002076AE">
        <w:trPr>
          <w:jc w:val="center"/>
        </w:trPr>
        <w:tc>
          <w:tcPr>
            <w:tcW w:w="4535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EAF2F8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b/>
                <w:lang w:val="pl-PL"/>
              </w:rPr>
              <w:t>Cena brutto</w:t>
            </w:r>
          </w:p>
        </w:tc>
        <w:tc>
          <w:tcPr>
            <w:tcW w:w="4422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B56470">
            <w:pPr>
              <w:rPr>
                <w:lang w:val="pl-PL"/>
              </w:rPr>
            </w:pPr>
          </w:p>
        </w:tc>
      </w:tr>
      <w:tr w:rsidR="00B56470" w:rsidRPr="002076AE">
        <w:trPr>
          <w:jc w:val="center"/>
        </w:trPr>
        <w:tc>
          <w:tcPr>
            <w:tcW w:w="4535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EAF2F8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b/>
                <w:lang w:val="pl-PL"/>
              </w:rPr>
              <w:t>Słownie cena brutto</w:t>
            </w:r>
          </w:p>
        </w:tc>
        <w:tc>
          <w:tcPr>
            <w:tcW w:w="4422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B56470">
            <w:pPr>
              <w:rPr>
                <w:lang w:val="pl-PL"/>
              </w:rPr>
            </w:pPr>
          </w:p>
        </w:tc>
      </w:tr>
    </w:tbl>
    <w:p w:rsidR="00B56470" w:rsidRPr="002076AE" w:rsidRDefault="00B56470">
      <w:pPr>
        <w:rPr>
          <w:sz w:val="16"/>
          <w:szCs w:val="16"/>
          <w:lang w:val="pl-PL"/>
        </w:rPr>
      </w:pPr>
    </w:p>
    <w:p w:rsidR="00B56470" w:rsidRPr="002076AE" w:rsidRDefault="007325AA">
      <w:pPr>
        <w:pStyle w:val="Nagwek1"/>
        <w:spacing w:before="0"/>
        <w:rPr>
          <w:lang w:val="pl-PL"/>
        </w:rPr>
      </w:pPr>
      <w:r w:rsidRPr="002076AE">
        <w:rPr>
          <w:b w:val="0"/>
          <w:lang w:val="pl-PL"/>
        </w:rPr>
        <w:t>III. Deklarowane terminy i gwarancje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5"/>
        <w:gridCol w:w="4422"/>
      </w:tblGrid>
      <w:tr w:rsidR="00B56470" w:rsidRPr="002076AE">
        <w:trPr>
          <w:jc w:val="center"/>
        </w:trPr>
        <w:tc>
          <w:tcPr>
            <w:tcW w:w="4535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EAF2F8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b/>
                <w:lang w:val="pl-PL"/>
              </w:rPr>
              <w:t>Termin dostawy</w:t>
            </w:r>
          </w:p>
        </w:tc>
        <w:tc>
          <w:tcPr>
            <w:tcW w:w="4422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B56470">
            <w:pPr>
              <w:rPr>
                <w:lang w:val="pl-PL"/>
              </w:rPr>
            </w:pPr>
          </w:p>
        </w:tc>
      </w:tr>
      <w:tr w:rsidR="00B56470" w:rsidRPr="002076AE">
        <w:trPr>
          <w:jc w:val="center"/>
        </w:trPr>
        <w:tc>
          <w:tcPr>
            <w:tcW w:w="4535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EAF2F8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b/>
                <w:lang w:val="pl-PL"/>
              </w:rPr>
              <w:t>Gwarancja mechaniczna</w:t>
            </w:r>
          </w:p>
        </w:tc>
        <w:tc>
          <w:tcPr>
            <w:tcW w:w="4422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.................... miesięcy (minimum 24 miesiące)</w:t>
            </w:r>
          </w:p>
        </w:tc>
      </w:tr>
      <w:tr w:rsidR="00B56470" w:rsidRPr="002076AE">
        <w:trPr>
          <w:jc w:val="center"/>
        </w:trPr>
        <w:tc>
          <w:tcPr>
            <w:tcW w:w="4535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EAF2F8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b/>
                <w:lang w:val="pl-PL"/>
              </w:rPr>
              <w:t>Gwarancja na perforację nadwozia</w:t>
            </w:r>
          </w:p>
        </w:tc>
        <w:tc>
          <w:tcPr>
            <w:tcW w:w="4422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49710E" w:rsidRPr="002076AE" w:rsidRDefault="00FC77C6">
            <w:pPr>
              <w:rPr>
                <w:lang w:val="pl-PL"/>
              </w:rPr>
            </w:pPr>
            <w:r w:rsidRPr="002076AE">
              <w:rPr>
                <w:lang w:val="pl-PL"/>
              </w:rPr>
              <w:t>.................... lat (minimum 8 lat)</w:t>
            </w:r>
          </w:p>
        </w:tc>
      </w:tr>
      <w:tr w:rsidR="00EB2C9C" w:rsidRPr="002076AE">
        <w:trPr>
          <w:jc w:val="center"/>
        </w:trPr>
        <w:tc>
          <w:tcPr>
            <w:tcW w:w="4535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EAF2F8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EB2C9C" w:rsidRPr="002076AE" w:rsidRDefault="00EB2C9C">
            <w:pPr>
              <w:rPr>
                <w:b/>
                <w:lang w:val="pl-PL"/>
              </w:rPr>
            </w:pPr>
            <w:r w:rsidRPr="002076AE">
              <w:rPr>
                <w:b/>
                <w:lang w:val="pl-PL"/>
              </w:rPr>
              <w:t xml:space="preserve">Gwarancja na zabudowę do przewozu osób z niepełnosprawnościami </w:t>
            </w:r>
          </w:p>
        </w:tc>
        <w:tc>
          <w:tcPr>
            <w:tcW w:w="4422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EB2C9C" w:rsidRPr="002076AE" w:rsidRDefault="00EB2C9C" w:rsidP="00EB2C9C">
            <w:pPr>
              <w:rPr>
                <w:lang w:val="pl-PL"/>
              </w:rPr>
            </w:pPr>
            <w:r w:rsidRPr="002076AE">
              <w:rPr>
                <w:lang w:val="pl-PL"/>
              </w:rPr>
              <w:t>.................... miesięcy (minimum 2</w:t>
            </w:r>
            <w:r w:rsidR="00FC63AB">
              <w:rPr>
                <w:lang w:val="pl-PL"/>
              </w:rPr>
              <w:t>4</w:t>
            </w:r>
            <w:r w:rsidRPr="002076AE">
              <w:rPr>
                <w:lang w:val="pl-PL"/>
              </w:rPr>
              <w:t xml:space="preserve"> miesi</w:t>
            </w:r>
            <w:r w:rsidR="00FC63AB">
              <w:rPr>
                <w:lang w:val="pl-PL"/>
              </w:rPr>
              <w:t>ące</w:t>
            </w:r>
            <w:r w:rsidRPr="002076AE">
              <w:rPr>
                <w:lang w:val="pl-PL"/>
              </w:rPr>
              <w:t>)</w:t>
            </w:r>
          </w:p>
        </w:tc>
      </w:tr>
      <w:tr w:rsidR="00B56470" w:rsidRPr="002076AE">
        <w:trPr>
          <w:jc w:val="center"/>
        </w:trPr>
        <w:tc>
          <w:tcPr>
            <w:tcW w:w="4535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EAF2F8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b/>
                <w:lang w:val="pl-PL"/>
              </w:rPr>
              <w:t>Miejsce serwisowania gwarancyjnego / serwis autoryzowany</w:t>
            </w:r>
          </w:p>
        </w:tc>
        <w:tc>
          <w:tcPr>
            <w:tcW w:w="4422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B56470">
            <w:pPr>
              <w:rPr>
                <w:lang w:val="pl-PL"/>
              </w:rPr>
            </w:pPr>
          </w:p>
        </w:tc>
      </w:tr>
    </w:tbl>
    <w:p w:rsidR="00B56470" w:rsidRPr="002076AE" w:rsidRDefault="00B56470">
      <w:pPr>
        <w:rPr>
          <w:lang w:val="pl-PL"/>
        </w:rPr>
      </w:pPr>
    </w:p>
    <w:p w:rsidR="00B56470" w:rsidRPr="002076AE" w:rsidRDefault="007325AA">
      <w:pPr>
        <w:pStyle w:val="Nagwek1"/>
        <w:spacing w:before="0"/>
        <w:rPr>
          <w:lang w:val="pl-PL"/>
        </w:rPr>
      </w:pPr>
      <w:r w:rsidRPr="002076AE">
        <w:rPr>
          <w:b w:val="0"/>
          <w:lang w:val="pl-PL"/>
        </w:rPr>
        <w:lastRenderedPageBreak/>
        <w:t>IV. Oferowany pojazd – dane identyfikacyjne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5556"/>
      </w:tblGrid>
      <w:tr w:rsidR="00B56470" w:rsidRPr="002076AE">
        <w:trPr>
          <w:jc w:val="center"/>
        </w:trPr>
        <w:tc>
          <w:tcPr>
            <w:tcW w:w="3402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EAF2F8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b/>
                <w:lang w:val="pl-PL"/>
              </w:rPr>
              <w:t>Marka</w:t>
            </w:r>
          </w:p>
        </w:tc>
        <w:tc>
          <w:tcPr>
            <w:tcW w:w="555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B56470">
            <w:pPr>
              <w:rPr>
                <w:lang w:val="pl-PL"/>
              </w:rPr>
            </w:pPr>
          </w:p>
        </w:tc>
      </w:tr>
      <w:tr w:rsidR="00B56470" w:rsidRPr="002076AE">
        <w:trPr>
          <w:jc w:val="center"/>
        </w:trPr>
        <w:tc>
          <w:tcPr>
            <w:tcW w:w="3402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EAF2F8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b/>
                <w:lang w:val="pl-PL"/>
              </w:rPr>
              <w:t>Model</w:t>
            </w:r>
          </w:p>
        </w:tc>
        <w:tc>
          <w:tcPr>
            <w:tcW w:w="555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B56470">
            <w:pPr>
              <w:rPr>
                <w:lang w:val="pl-PL"/>
              </w:rPr>
            </w:pPr>
          </w:p>
        </w:tc>
      </w:tr>
      <w:tr w:rsidR="00B56470" w:rsidRPr="002076AE">
        <w:trPr>
          <w:jc w:val="center"/>
        </w:trPr>
        <w:tc>
          <w:tcPr>
            <w:tcW w:w="3402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EAF2F8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b/>
                <w:lang w:val="pl-PL"/>
              </w:rPr>
              <w:t>Wersja / typ / odmiana</w:t>
            </w:r>
          </w:p>
        </w:tc>
        <w:tc>
          <w:tcPr>
            <w:tcW w:w="555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B56470">
            <w:pPr>
              <w:rPr>
                <w:lang w:val="pl-PL"/>
              </w:rPr>
            </w:pPr>
          </w:p>
        </w:tc>
      </w:tr>
      <w:tr w:rsidR="00B56470" w:rsidRPr="002076AE">
        <w:trPr>
          <w:jc w:val="center"/>
        </w:trPr>
        <w:tc>
          <w:tcPr>
            <w:tcW w:w="3402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EAF2F8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b/>
                <w:lang w:val="pl-PL"/>
              </w:rPr>
              <w:t>Producent / importer / dealer</w:t>
            </w:r>
          </w:p>
        </w:tc>
        <w:tc>
          <w:tcPr>
            <w:tcW w:w="555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B56470">
            <w:pPr>
              <w:rPr>
                <w:lang w:val="pl-PL"/>
              </w:rPr>
            </w:pPr>
          </w:p>
        </w:tc>
      </w:tr>
      <w:tr w:rsidR="00B56470" w:rsidRPr="002076AE">
        <w:trPr>
          <w:jc w:val="center"/>
        </w:trPr>
        <w:tc>
          <w:tcPr>
            <w:tcW w:w="3402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EAF2F8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b/>
                <w:lang w:val="pl-PL"/>
              </w:rPr>
              <w:t>Homologacja / dopuszczenie do ruchu</w:t>
            </w:r>
          </w:p>
        </w:tc>
        <w:tc>
          <w:tcPr>
            <w:tcW w:w="555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B56470" w:rsidRPr="002076AE" w:rsidRDefault="00B56470">
            <w:pPr>
              <w:rPr>
                <w:lang w:val="pl-PL"/>
              </w:rPr>
            </w:pPr>
          </w:p>
        </w:tc>
      </w:tr>
    </w:tbl>
    <w:p w:rsidR="00B56470" w:rsidRDefault="00B56470">
      <w:pPr>
        <w:rPr>
          <w:lang w:val="pl-PL"/>
        </w:rPr>
      </w:pPr>
    </w:p>
    <w:p w:rsidR="00B56470" w:rsidRPr="002076AE" w:rsidRDefault="007325AA">
      <w:pPr>
        <w:pStyle w:val="Nagwek1"/>
        <w:spacing w:before="0"/>
        <w:rPr>
          <w:lang w:val="pl-PL"/>
        </w:rPr>
      </w:pPr>
      <w:r w:rsidRPr="002076AE">
        <w:rPr>
          <w:b w:val="0"/>
          <w:lang w:val="pl-PL"/>
        </w:rPr>
        <w:t>V. Zestawienie parametrów oferowanego pojazdu</w:t>
      </w:r>
    </w:p>
    <w:p w:rsidR="00B56470" w:rsidRPr="002076AE" w:rsidRDefault="007325AA" w:rsidP="003B46FB">
      <w:pPr>
        <w:jc w:val="both"/>
        <w:rPr>
          <w:lang w:val="pl-PL"/>
        </w:rPr>
      </w:pPr>
      <w:r w:rsidRPr="002076AE">
        <w:rPr>
          <w:lang w:val="pl-PL"/>
        </w:rPr>
        <w:t>Wykonawca zobowiązany jest do uzupełnienia wszystkich poniższych pól w sposób jednoznaczny, umożliwiający Zamawiającemu weryfikację zgodności oferowanego pojazdu z wymaganiami minimalnymi.</w:t>
      </w:r>
    </w:p>
    <w:tbl>
      <w:tblPr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660"/>
        <w:gridCol w:w="2451"/>
        <w:gridCol w:w="4536"/>
        <w:gridCol w:w="1426"/>
        <w:gridCol w:w="1134"/>
      </w:tblGrid>
      <w:tr w:rsidR="00B56470" w:rsidRPr="002076AE" w:rsidTr="00E80E54">
        <w:trPr>
          <w:tblHeader/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56470" w:rsidRPr="002076AE" w:rsidRDefault="007325AA">
            <w:pPr>
              <w:jc w:val="center"/>
              <w:rPr>
                <w:lang w:val="pl-PL"/>
              </w:rPr>
            </w:pPr>
            <w:r w:rsidRPr="002076AE">
              <w:rPr>
                <w:b/>
                <w:lang w:val="pl-PL"/>
              </w:rPr>
              <w:t>Lp.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56470" w:rsidRPr="002076AE" w:rsidRDefault="007325AA">
            <w:pPr>
              <w:jc w:val="center"/>
              <w:rPr>
                <w:lang w:val="pl-PL"/>
              </w:rPr>
            </w:pPr>
            <w:r w:rsidRPr="002076AE">
              <w:rPr>
                <w:b/>
                <w:lang w:val="pl-PL"/>
              </w:rPr>
              <w:t>Parametr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56470" w:rsidRPr="002076AE" w:rsidRDefault="007325AA">
            <w:pPr>
              <w:jc w:val="center"/>
              <w:rPr>
                <w:lang w:val="pl-PL"/>
              </w:rPr>
            </w:pPr>
            <w:r w:rsidRPr="002076AE">
              <w:rPr>
                <w:b/>
                <w:lang w:val="pl-PL"/>
              </w:rPr>
              <w:t>Wymaganie minimalne Zamawiającego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56470" w:rsidRPr="002076AE" w:rsidRDefault="007325AA">
            <w:pPr>
              <w:jc w:val="center"/>
              <w:rPr>
                <w:lang w:val="pl-PL"/>
              </w:rPr>
            </w:pPr>
            <w:r w:rsidRPr="002076AE">
              <w:rPr>
                <w:b/>
                <w:lang w:val="pl-PL"/>
              </w:rPr>
              <w:t>Parametr oferowany / opis wykonawcy</w:t>
            </w: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56470" w:rsidRPr="002076AE" w:rsidRDefault="007325AA">
            <w:pPr>
              <w:jc w:val="center"/>
              <w:rPr>
                <w:lang w:val="pl-PL"/>
              </w:rPr>
            </w:pPr>
            <w:r w:rsidRPr="002076AE">
              <w:rPr>
                <w:b/>
                <w:lang w:val="pl-PL"/>
              </w:rPr>
              <w:t>TAK/NIE</w:t>
            </w:r>
          </w:p>
        </w:tc>
      </w:tr>
      <w:tr w:rsidR="00B56470" w:rsidRPr="002076AE" w:rsidTr="00E80E54">
        <w:trPr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jc w:val="center"/>
              <w:rPr>
                <w:lang w:val="pl-PL"/>
              </w:rPr>
            </w:pPr>
            <w:r w:rsidRPr="002076AE">
              <w:rPr>
                <w:lang w:val="pl-PL"/>
              </w:rPr>
              <w:t>1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Marka pojazdu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  <w:tr w:rsidR="00B56470" w:rsidRPr="002076AE" w:rsidTr="001F0650">
        <w:trPr>
          <w:trHeight w:val="379"/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jc w:val="center"/>
              <w:rPr>
                <w:lang w:val="pl-PL"/>
              </w:rPr>
            </w:pPr>
            <w:r w:rsidRPr="002076AE">
              <w:rPr>
                <w:lang w:val="pl-PL"/>
              </w:rPr>
              <w:t>2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Model / typ / wersja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26869">
            <w:pPr>
              <w:rPr>
                <w:lang w:val="pl-PL"/>
              </w:rPr>
            </w:pPr>
            <w:r w:rsidRPr="002076AE">
              <w:rPr>
                <w:lang w:val="pl-PL"/>
              </w:rPr>
              <w:t>M</w:t>
            </w:r>
            <w:r w:rsidR="005E61E9" w:rsidRPr="002076AE">
              <w:rPr>
                <w:lang w:val="pl-PL"/>
              </w:rPr>
              <w:t>inibus</w:t>
            </w:r>
            <w:r w:rsidRPr="002076AE">
              <w:rPr>
                <w:lang w:val="pl-PL"/>
              </w:rPr>
              <w:t>/kombi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  <w:tr w:rsidR="00B56470" w:rsidRPr="002076AE" w:rsidTr="00E80E54">
        <w:trPr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jc w:val="center"/>
              <w:rPr>
                <w:lang w:val="pl-PL"/>
              </w:rPr>
            </w:pPr>
            <w:r w:rsidRPr="002076AE">
              <w:rPr>
                <w:lang w:val="pl-PL"/>
              </w:rPr>
              <w:t>3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Rok produkcji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nie starszy niż 2025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  <w:tr w:rsidR="00B56470" w:rsidRPr="002076AE" w:rsidTr="001F0650">
        <w:trPr>
          <w:trHeight w:val="565"/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jc w:val="center"/>
              <w:rPr>
                <w:lang w:val="pl-PL"/>
              </w:rPr>
            </w:pPr>
            <w:r w:rsidRPr="002076AE">
              <w:rPr>
                <w:lang w:val="pl-PL"/>
              </w:rPr>
              <w:t>4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Stan pojazdu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fabrycznie nowy, nieużywany, kompletny, wolny od wad prawnych i fizycznych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  <w:tr w:rsidR="00B56470" w:rsidRPr="002076AE" w:rsidTr="00E80E54">
        <w:trPr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jc w:val="center"/>
              <w:rPr>
                <w:lang w:val="pl-PL"/>
              </w:rPr>
            </w:pPr>
            <w:r w:rsidRPr="002076AE">
              <w:rPr>
                <w:lang w:val="pl-PL"/>
              </w:rPr>
              <w:t>5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Rodzaj pojazdu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49710E" w:rsidRPr="002076AE" w:rsidRDefault="005E61E9" w:rsidP="00980B58">
            <w:pPr>
              <w:spacing w:after="0" w:line="240" w:lineRule="auto"/>
              <w:rPr>
                <w:lang w:val="pl-PL"/>
              </w:rPr>
            </w:pPr>
            <w:r w:rsidRPr="002076AE">
              <w:rPr>
                <w:lang w:val="pl-PL"/>
              </w:rPr>
              <w:t>S</w:t>
            </w:r>
            <w:r w:rsidR="00FC77C6" w:rsidRPr="002076AE">
              <w:rPr>
                <w:lang w:val="pl-PL"/>
              </w:rPr>
              <w:t>amochód</w:t>
            </w:r>
            <w:r w:rsidRPr="002076AE">
              <w:rPr>
                <w:lang w:val="pl-PL"/>
              </w:rPr>
              <w:t xml:space="preserve"> </w:t>
            </w:r>
            <w:r w:rsidR="00FC77C6" w:rsidRPr="002076AE">
              <w:rPr>
                <w:lang w:val="pl-PL"/>
              </w:rPr>
              <w:t>typu minibus</w:t>
            </w:r>
            <w:r w:rsidR="00B26869" w:rsidRPr="002076AE">
              <w:rPr>
                <w:lang w:val="pl-PL"/>
              </w:rPr>
              <w:t xml:space="preserve">/kombi </w:t>
            </w:r>
            <w:r w:rsidR="00FC77C6" w:rsidRPr="002076AE">
              <w:rPr>
                <w:lang w:val="pl-PL"/>
              </w:rPr>
              <w:t xml:space="preserve"> przystosowany do przewozu os</w:t>
            </w:r>
            <w:r w:rsidR="00B26869" w:rsidRPr="002076AE">
              <w:rPr>
                <w:lang w:val="pl-PL"/>
              </w:rPr>
              <w:t>ó</w:t>
            </w:r>
            <w:r w:rsidR="00FC77C6" w:rsidRPr="002076AE">
              <w:rPr>
                <w:lang w:val="pl-PL"/>
              </w:rPr>
              <w:t>b</w:t>
            </w:r>
            <w:r w:rsidR="00B26869" w:rsidRPr="002076AE">
              <w:rPr>
                <w:lang w:val="pl-PL"/>
              </w:rPr>
              <w:t xml:space="preserve"> </w:t>
            </w:r>
            <w:r w:rsidR="00FC77C6" w:rsidRPr="002076AE">
              <w:rPr>
                <w:lang w:val="pl-PL"/>
              </w:rPr>
              <w:t xml:space="preserve"> </w:t>
            </w:r>
            <w:r w:rsidR="00B26869" w:rsidRPr="002076AE">
              <w:rPr>
                <w:rFonts w:cs="Times New Roman"/>
                <w:sz w:val="24"/>
                <w:szCs w:val="24"/>
                <w:lang w:val="pl-PL"/>
              </w:rPr>
              <w:t>z niepełnosprawnościami poruszających się na wózkach inwalidzkich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  <w:tr w:rsidR="00B56470" w:rsidRPr="002076AE" w:rsidTr="001F0650">
        <w:trPr>
          <w:trHeight w:val="335"/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jc w:val="center"/>
              <w:rPr>
                <w:lang w:val="pl-PL"/>
              </w:rPr>
            </w:pPr>
            <w:r w:rsidRPr="002076AE">
              <w:rPr>
                <w:lang w:val="pl-PL"/>
              </w:rPr>
              <w:t>6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Liczba miejsc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49710E" w:rsidRPr="002076AE" w:rsidRDefault="00FC77C6">
            <w:pPr>
              <w:rPr>
                <w:lang w:val="pl-PL"/>
              </w:rPr>
            </w:pPr>
            <w:r w:rsidRPr="002076AE">
              <w:rPr>
                <w:lang w:val="pl-PL"/>
              </w:rPr>
              <w:t>minimum 8 miejsc siedzących + kierowca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  <w:tr w:rsidR="00B56470" w:rsidRPr="002076AE" w:rsidTr="001F0650">
        <w:trPr>
          <w:trHeight w:val="2335"/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jc w:val="center"/>
              <w:rPr>
                <w:lang w:val="pl-PL"/>
              </w:rPr>
            </w:pPr>
            <w:r w:rsidRPr="002076AE">
              <w:rPr>
                <w:lang w:val="pl-PL"/>
              </w:rPr>
              <w:t>7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Nadwozie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3D0200" w:rsidRPr="001F0650" w:rsidRDefault="003D0200" w:rsidP="003D0200">
            <w:pPr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cs="Times New Roman"/>
                <w:color w:val="000000" w:themeColor="text1"/>
                <w:lang w:val="pl-PL" w:eastAsia="pl-PL"/>
              </w:rPr>
            </w:pPr>
            <w:r w:rsidRPr="001F0650">
              <w:rPr>
                <w:rFonts w:cs="Times New Roman"/>
                <w:color w:val="000000" w:themeColor="text1"/>
                <w:lang w:val="pl-PL" w:eastAsia="pl-PL"/>
              </w:rPr>
              <w:t xml:space="preserve">typ nadwozia: </w:t>
            </w:r>
            <w:r w:rsidRPr="001F0650">
              <w:rPr>
                <w:rFonts w:cs="Times New Roman"/>
                <w:b/>
                <w:bCs/>
                <w:color w:val="000000" w:themeColor="text1"/>
                <w:lang w:val="pl-PL" w:eastAsia="pl-PL"/>
              </w:rPr>
              <w:t>minibus/kombi,</w:t>
            </w:r>
          </w:p>
          <w:p w:rsidR="003D0200" w:rsidRPr="001F0650" w:rsidRDefault="003D0200" w:rsidP="003D0200">
            <w:pPr>
              <w:widowControl w:val="0"/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cs="Times New Roman"/>
                <w:color w:val="000000" w:themeColor="text1"/>
                <w:lang w:val="pl-PL" w:eastAsia="pl-PL"/>
              </w:rPr>
            </w:pPr>
            <w:r w:rsidRPr="001F0650">
              <w:rPr>
                <w:rFonts w:cs="Times New Roman"/>
                <w:color w:val="000000" w:themeColor="text1"/>
                <w:lang w:val="pl-PL" w:eastAsia="pl-PL"/>
              </w:rPr>
              <w:t xml:space="preserve">długość całkowita pojazdu: </w:t>
            </w:r>
            <w:r w:rsidRPr="001F0650">
              <w:rPr>
                <w:rFonts w:cs="Times New Roman"/>
                <w:b/>
                <w:bCs/>
                <w:color w:val="000000" w:themeColor="text1"/>
                <w:lang w:val="pl-PL" w:eastAsia="pl-PL"/>
              </w:rPr>
              <w:t>minimum 5 200 mm,</w:t>
            </w:r>
          </w:p>
          <w:p w:rsidR="003D0200" w:rsidRPr="001F0650" w:rsidRDefault="003D0200" w:rsidP="003D0200">
            <w:pPr>
              <w:widowControl w:val="0"/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cs="Times New Roman"/>
                <w:color w:val="000000" w:themeColor="text1"/>
                <w:lang w:val="pl-PL" w:eastAsia="pl-PL"/>
              </w:rPr>
            </w:pPr>
            <w:r w:rsidRPr="001F0650">
              <w:rPr>
                <w:rFonts w:cs="Times New Roman"/>
                <w:color w:val="000000" w:themeColor="text1"/>
                <w:lang w:val="pl-PL" w:eastAsia="pl-PL"/>
              </w:rPr>
              <w:t xml:space="preserve">rozstaw osi: </w:t>
            </w:r>
            <w:r w:rsidRPr="001F0650">
              <w:rPr>
                <w:rFonts w:cs="Times New Roman"/>
                <w:b/>
                <w:bCs/>
                <w:color w:val="000000" w:themeColor="text1"/>
                <w:lang w:val="pl-PL" w:eastAsia="pl-PL"/>
              </w:rPr>
              <w:t>minimum 3 200 mm,</w:t>
            </w:r>
          </w:p>
          <w:p w:rsidR="005E61E9" w:rsidRPr="001F0650" w:rsidRDefault="003D0200" w:rsidP="003D0200">
            <w:pPr>
              <w:widowControl w:val="0"/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cs="Times New Roman"/>
                <w:color w:val="000000" w:themeColor="text1"/>
                <w:lang w:val="pl-PL" w:eastAsia="pl-PL"/>
              </w:rPr>
            </w:pPr>
            <w:r w:rsidRPr="001F0650">
              <w:rPr>
                <w:rFonts w:cs="Times New Roman"/>
                <w:color w:val="000000" w:themeColor="text1"/>
                <w:lang w:val="pl-PL" w:eastAsia="pl-PL"/>
              </w:rPr>
              <w:t xml:space="preserve">wysokość pojazdu: </w:t>
            </w:r>
            <w:r w:rsidRPr="001F0650">
              <w:rPr>
                <w:rFonts w:cs="Times New Roman"/>
                <w:b/>
                <w:bCs/>
                <w:color w:val="000000" w:themeColor="text1"/>
                <w:lang w:val="pl-PL" w:eastAsia="pl-PL"/>
              </w:rPr>
              <w:t>minimum 1 900 mm,</w:t>
            </w:r>
          </w:p>
          <w:p w:rsidR="00B56470" w:rsidRPr="002076AE" w:rsidRDefault="003D0200" w:rsidP="003D0200">
            <w:pPr>
              <w:widowControl w:val="0"/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cs="Times New Roman"/>
                <w:color w:val="000000" w:themeColor="text1"/>
                <w:sz w:val="24"/>
                <w:szCs w:val="24"/>
                <w:lang w:val="pl-PL" w:eastAsia="pl-PL"/>
              </w:rPr>
            </w:pPr>
            <w:r w:rsidRPr="001F0650">
              <w:rPr>
                <w:rFonts w:cs="Times New Roman"/>
                <w:color w:val="000000" w:themeColor="text1"/>
                <w:lang w:val="pl-PL" w:eastAsia="pl-PL"/>
              </w:rPr>
              <w:t>przestrzeń umożliwiająca przewóz</w:t>
            </w:r>
            <w:r w:rsidRPr="002076AE">
              <w:rPr>
                <w:rFonts w:cs="Times New Roman"/>
                <w:color w:val="000000" w:themeColor="text1"/>
                <w:sz w:val="24"/>
                <w:szCs w:val="24"/>
                <w:lang w:val="pl-PL" w:eastAsia="pl-PL"/>
              </w:rPr>
              <w:t xml:space="preserve"> </w:t>
            </w:r>
            <w:r w:rsidRPr="001F0650">
              <w:rPr>
                <w:rFonts w:cs="Times New Roman"/>
                <w:b/>
                <w:bCs/>
                <w:color w:val="000000" w:themeColor="text1"/>
                <w:lang w:val="pl-PL" w:eastAsia="pl-PL"/>
              </w:rPr>
              <w:t>minimum jednej osoby na wózku inwalidzkim.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  <w:tr w:rsidR="00B56470" w:rsidRPr="002076AE" w:rsidTr="00E80E54">
        <w:trPr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jc w:val="center"/>
              <w:rPr>
                <w:lang w:val="pl-PL"/>
              </w:rPr>
            </w:pPr>
            <w:r w:rsidRPr="002076AE">
              <w:rPr>
                <w:lang w:val="pl-PL"/>
              </w:rPr>
              <w:t>8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Silnik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5E61E9" w:rsidRPr="001F0650" w:rsidRDefault="005E61E9" w:rsidP="005E61E9">
            <w:pPr>
              <w:pStyle w:val="TableParagraph"/>
              <w:numPr>
                <w:ilvl w:val="0"/>
                <w:numId w:val="11"/>
              </w:numPr>
              <w:ind w:left="833" w:right="408" w:hanging="357"/>
              <w:rPr>
                <w:rFonts w:ascii="Times New Roman" w:hAnsi="Times New Roman" w:cs="Times New Roman"/>
                <w:color w:val="000000" w:themeColor="text1"/>
                <w:spacing w:val="-3"/>
                <w:lang w:val="pl-PL"/>
              </w:rPr>
            </w:pPr>
            <w:r w:rsidRPr="001F0650">
              <w:rPr>
                <w:rFonts w:ascii="Times New Roman" w:hAnsi="Times New Roman" w:cs="Times New Roman"/>
                <w:color w:val="000000" w:themeColor="text1"/>
                <w:spacing w:val="-1"/>
                <w:lang w:val="pl-PL"/>
              </w:rPr>
              <w:t>wysokoprężny</w:t>
            </w:r>
            <w:r w:rsidRPr="001F0650">
              <w:rPr>
                <w:rFonts w:ascii="Times New Roman" w:hAnsi="Times New Roman" w:cs="Times New Roman"/>
                <w:color w:val="000000" w:themeColor="text1"/>
                <w:spacing w:val="-2"/>
                <w:lang w:val="pl-PL"/>
              </w:rPr>
              <w:t xml:space="preserve"> </w:t>
            </w:r>
            <w:r w:rsidRPr="001F0650">
              <w:rPr>
                <w:rFonts w:ascii="Times New Roman" w:hAnsi="Times New Roman" w:cs="Times New Roman"/>
                <w:color w:val="000000" w:themeColor="text1"/>
                <w:spacing w:val="-1"/>
                <w:lang w:val="pl-PL"/>
              </w:rPr>
              <w:t>(diesel hybryda),</w:t>
            </w:r>
            <w:r w:rsidRPr="001F0650">
              <w:rPr>
                <w:rFonts w:ascii="Times New Roman" w:hAnsi="Times New Roman" w:cs="Times New Roman"/>
                <w:color w:val="000000" w:themeColor="text1"/>
                <w:spacing w:val="-3"/>
                <w:lang w:val="pl-PL"/>
              </w:rPr>
              <w:t xml:space="preserve"> </w:t>
            </w:r>
          </w:p>
          <w:p w:rsidR="00B56470" w:rsidRPr="001F0650" w:rsidRDefault="005E61E9" w:rsidP="005E61E9">
            <w:pPr>
              <w:pStyle w:val="TableParagraph"/>
              <w:numPr>
                <w:ilvl w:val="0"/>
                <w:numId w:val="11"/>
              </w:numPr>
              <w:ind w:left="833" w:right="408" w:hanging="357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1F0650">
              <w:rPr>
                <w:rFonts w:ascii="Times New Roman" w:hAnsi="Times New Roman" w:cs="Times New Roman"/>
                <w:color w:val="000000" w:themeColor="text1"/>
                <w:spacing w:val="-1"/>
                <w:lang w:val="pl-PL"/>
              </w:rPr>
              <w:t>pojemność</w:t>
            </w:r>
            <w:r w:rsidRPr="001F0650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 ok.</w:t>
            </w:r>
            <w:r w:rsidRPr="001F0650">
              <w:rPr>
                <w:rFonts w:ascii="Times New Roman" w:hAnsi="Times New Roman" w:cs="Times New Roman"/>
                <w:color w:val="000000" w:themeColor="text1"/>
                <w:spacing w:val="-3"/>
                <w:lang w:val="pl-PL"/>
              </w:rPr>
              <w:t xml:space="preserve"> od 1,9 do </w:t>
            </w:r>
            <w:r w:rsidRPr="001F0650">
              <w:rPr>
                <w:rFonts w:ascii="Times New Roman" w:hAnsi="Times New Roman" w:cs="Times New Roman"/>
                <w:color w:val="000000" w:themeColor="text1"/>
                <w:lang w:val="pl-PL"/>
              </w:rPr>
              <w:t>2,2</w:t>
            </w:r>
            <w:r w:rsidRPr="001F0650">
              <w:rPr>
                <w:rFonts w:ascii="Times New Roman" w:hAnsi="Times New Roman" w:cs="Times New Roman"/>
                <w:color w:val="000000" w:themeColor="text1"/>
                <w:spacing w:val="-3"/>
                <w:lang w:val="pl-PL"/>
              </w:rPr>
              <w:t xml:space="preserve"> </w:t>
            </w:r>
            <w:r w:rsidRPr="001F0650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l, </w:t>
            </w:r>
          </w:p>
          <w:p w:rsidR="005E61E9" w:rsidRPr="001F0650" w:rsidRDefault="005E61E9" w:rsidP="005E61E9">
            <w:pPr>
              <w:pStyle w:val="TableParagraph"/>
              <w:numPr>
                <w:ilvl w:val="0"/>
                <w:numId w:val="11"/>
              </w:numPr>
              <w:ind w:left="833" w:right="408" w:hanging="357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1F0650">
              <w:rPr>
                <w:rFonts w:ascii="Times New Roman" w:hAnsi="Times New Roman" w:cs="Times New Roman"/>
                <w:color w:val="000000" w:themeColor="text1"/>
                <w:spacing w:val="-1"/>
                <w:lang w:val="pl-PL"/>
              </w:rPr>
              <w:t>norma emisji spalin Euro 6.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  <w:tr w:rsidR="00B56470" w:rsidRPr="002076AE" w:rsidTr="00E80E54">
        <w:trPr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jc w:val="center"/>
              <w:rPr>
                <w:lang w:val="pl-PL"/>
              </w:rPr>
            </w:pPr>
            <w:r w:rsidRPr="002076AE">
              <w:rPr>
                <w:lang w:val="pl-PL"/>
              </w:rPr>
              <w:lastRenderedPageBreak/>
              <w:t>9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Moc silnika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49710E" w:rsidRPr="001F0650" w:rsidRDefault="00FC77C6">
            <w:pPr>
              <w:rPr>
                <w:lang w:val="pl-PL"/>
              </w:rPr>
            </w:pPr>
            <w:r w:rsidRPr="001F0650">
              <w:rPr>
                <w:lang w:val="pl-PL"/>
              </w:rPr>
              <w:t>nie mniejsza niż 130 KM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  <w:tr w:rsidR="00B56470" w:rsidRPr="002076AE" w:rsidTr="00E80E54">
        <w:trPr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jc w:val="center"/>
              <w:rPr>
                <w:lang w:val="pl-PL"/>
              </w:rPr>
            </w:pPr>
            <w:r w:rsidRPr="002076AE">
              <w:rPr>
                <w:lang w:val="pl-PL"/>
              </w:rPr>
              <w:t>10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Napęd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na przednią oś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  <w:tr w:rsidR="00B56470" w:rsidRPr="002076AE" w:rsidTr="00E80E54">
        <w:trPr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jc w:val="center"/>
              <w:rPr>
                <w:lang w:val="pl-PL"/>
              </w:rPr>
            </w:pPr>
            <w:r w:rsidRPr="002076AE">
              <w:rPr>
                <w:lang w:val="pl-PL"/>
              </w:rPr>
              <w:t>11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Skrzynia biegów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manualna, co najmniej 6-biegowa</w:t>
            </w:r>
            <w:r w:rsidR="002076AE" w:rsidRPr="002076AE">
              <w:rPr>
                <w:lang w:val="pl-PL"/>
              </w:rPr>
              <w:t>/automatyczna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  <w:tr w:rsidR="00B56470" w:rsidRPr="002076AE" w:rsidTr="001F0650">
        <w:trPr>
          <w:trHeight w:val="928"/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jc w:val="center"/>
              <w:rPr>
                <w:lang w:val="pl-PL"/>
              </w:rPr>
            </w:pPr>
            <w:r w:rsidRPr="002076AE">
              <w:rPr>
                <w:lang w:val="pl-PL"/>
              </w:rPr>
              <w:t>12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Drzwi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5E61E9" w:rsidRPr="001F0650" w:rsidRDefault="005E61E9" w:rsidP="005E61E9">
            <w:pPr>
              <w:pStyle w:val="Akapitzlist"/>
              <w:widowControl w:val="0"/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44" w:hanging="425"/>
              <w:rPr>
                <w:rFonts w:cs="Times New Roman"/>
                <w:color w:val="000000" w:themeColor="text1"/>
                <w:lang w:val="pl-PL" w:eastAsia="pl-PL"/>
              </w:rPr>
            </w:pPr>
            <w:r w:rsidRPr="001F0650">
              <w:rPr>
                <w:rFonts w:cs="Times New Roman"/>
                <w:color w:val="000000" w:themeColor="text1"/>
                <w:lang w:val="pl-PL" w:eastAsia="pl-PL"/>
              </w:rPr>
              <w:t xml:space="preserve">drzwi boczne </w:t>
            </w:r>
            <w:r w:rsidRPr="001F0650">
              <w:rPr>
                <w:rFonts w:cs="Times New Roman"/>
                <w:b/>
                <w:bCs/>
                <w:color w:val="000000" w:themeColor="text1"/>
                <w:lang w:val="pl-PL" w:eastAsia="pl-PL"/>
              </w:rPr>
              <w:t>przesuwne po obu stronach pojazdu,</w:t>
            </w:r>
          </w:p>
          <w:p w:rsidR="00947D7F" w:rsidRPr="00947D7F" w:rsidRDefault="005E61E9" w:rsidP="00947D7F">
            <w:pPr>
              <w:pStyle w:val="Akapitzlist"/>
              <w:widowControl w:val="0"/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44" w:hanging="425"/>
              <w:rPr>
                <w:rFonts w:cs="Times New Roman"/>
                <w:color w:val="000000" w:themeColor="text1"/>
                <w:sz w:val="24"/>
                <w:szCs w:val="24"/>
                <w:lang w:val="pl-PL" w:eastAsia="pl-PL"/>
              </w:rPr>
            </w:pPr>
            <w:r w:rsidRPr="001F0650">
              <w:rPr>
                <w:rFonts w:cs="Times New Roman"/>
                <w:color w:val="000000" w:themeColor="text1"/>
                <w:lang w:val="pl-PL" w:eastAsia="pl-PL"/>
              </w:rPr>
              <w:t>drzwi tylne dwuskrzydłowe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  <w:tr w:rsidR="00B56470" w:rsidRPr="002076AE" w:rsidTr="00E80E54">
        <w:trPr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jc w:val="center"/>
              <w:rPr>
                <w:lang w:val="pl-PL"/>
              </w:rPr>
            </w:pPr>
            <w:r w:rsidRPr="002076AE">
              <w:rPr>
                <w:lang w:val="pl-PL"/>
              </w:rPr>
              <w:t>1</w:t>
            </w:r>
            <w:r w:rsidR="002076AE">
              <w:rPr>
                <w:lang w:val="pl-PL"/>
              </w:rPr>
              <w:t>3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Koło zapasowe i narzędzia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 xml:space="preserve">pełnowymiarowe koło zapasowe </w:t>
            </w:r>
            <w:r w:rsidR="002076AE" w:rsidRPr="002076AE">
              <w:rPr>
                <w:lang w:val="pl-PL"/>
              </w:rPr>
              <w:t>lub zestaw naprawczy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  <w:tr w:rsidR="005E61E9" w:rsidRPr="002076AE" w:rsidTr="00E80E54">
        <w:trPr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5E61E9" w:rsidRPr="002076AE" w:rsidRDefault="005E61E9">
            <w:pPr>
              <w:jc w:val="center"/>
              <w:rPr>
                <w:lang w:val="pl-PL"/>
              </w:rPr>
            </w:pPr>
            <w:r w:rsidRPr="002076AE">
              <w:rPr>
                <w:lang w:val="pl-PL"/>
              </w:rPr>
              <w:t>1</w:t>
            </w:r>
            <w:r w:rsidR="002076AE">
              <w:rPr>
                <w:lang w:val="pl-PL"/>
              </w:rPr>
              <w:t>4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5E61E9" w:rsidRPr="002076AE" w:rsidRDefault="005E61E9">
            <w:pPr>
              <w:rPr>
                <w:lang w:val="pl-PL"/>
              </w:rPr>
            </w:pPr>
            <w:r w:rsidRPr="002076AE">
              <w:rPr>
                <w:lang w:val="pl-PL"/>
              </w:rPr>
              <w:t>DMC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5E61E9" w:rsidRPr="002076AE" w:rsidRDefault="00947D7F">
            <w:pPr>
              <w:rPr>
                <w:lang w:val="pl-PL"/>
              </w:rPr>
            </w:pPr>
            <w:r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pl-PL"/>
              </w:rPr>
              <w:t>d</w:t>
            </w:r>
            <w:r w:rsidR="005E61E9" w:rsidRPr="002076AE"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pl-PL"/>
              </w:rPr>
              <w:t>opuszczalna</w:t>
            </w:r>
            <w:r w:rsidR="005E61E9" w:rsidRPr="002076AE">
              <w:rPr>
                <w:rFonts w:cs="Times New Roman"/>
                <w:color w:val="000000" w:themeColor="text1"/>
                <w:spacing w:val="-2"/>
                <w:sz w:val="24"/>
                <w:szCs w:val="24"/>
                <w:lang w:val="pl-PL"/>
              </w:rPr>
              <w:t xml:space="preserve"> </w:t>
            </w:r>
            <w:r w:rsidR="005E61E9" w:rsidRPr="002076AE"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pl-PL"/>
              </w:rPr>
              <w:t>masa</w:t>
            </w:r>
            <w:r w:rsidR="005E61E9" w:rsidRPr="002076AE">
              <w:rPr>
                <w:rFonts w:cs="Times New Roman"/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5E61E9" w:rsidRPr="002076AE"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pl-PL"/>
              </w:rPr>
              <w:t>całkowita</w:t>
            </w:r>
            <w:r w:rsidR="005E61E9" w:rsidRPr="002076AE">
              <w:rPr>
                <w:rFonts w:cs="Times New Roman"/>
                <w:color w:val="000000" w:themeColor="text1"/>
                <w:spacing w:val="-2"/>
                <w:sz w:val="24"/>
                <w:szCs w:val="24"/>
                <w:lang w:val="pl-PL"/>
              </w:rPr>
              <w:t xml:space="preserve"> </w:t>
            </w:r>
            <w:r w:rsidR="005E61E9" w:rsidRPr="002076AE">
              <w:rPr>
                <w:rFonts w:cs="Times New Roman"/>
                <w:color w:val="000000" w:themeColor="text1"/>
                <w:sz w:val="24"/>
                <w:szCs w:val="24"/>
                <w:lang w:val="pl-PL"/>
              </w:rPr>
              <w:t>do 3,5</w:t>
            </w:r>
            <w:r w:rsidR="005E61E9" w:rsidRPr="002076AE">
              <w:rPr>
                <w:rFonts w:cs="Times New Roman"/>
                <w:color w:val="000000" w:themeColor="text1"/>
                <w:spacing w:val="-3"/>
                <w:sz w:val="24"/>
                <w:szCs w:val="24"/>
                <w:lang w:val="pl-PL"/>
              </w:rPr>
              <w:t xml:space="preserve"> </w:t>
            </w:r>
            <w:r w:rsidR="005E61E9" w:rsidRPr="002076AE">
              <w:rPr>
                <w:rFonts w:cs="Times New Roman"/>
                <w:color w:val="000000" w:themeColor="text1"/>
                <w:sz w:val="24"/>
                <w:szCs w:val="24"/>
                <w:lang w:val="pl-PL"/>
              </w:rPr>
              <w:t>tony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5E61E9" w:rsidRPr="002076AE" w:rsidRDefault="005E61E9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5E61E9" w:rsidRPr="002076AE" w:rsidRDefault="005E61E9">
            <w:pPr>
              <w:jc w:val="center"/>
              <w:rPr>
                <w:lang w:val="pl-PL"/>
              </w:rPr>
            </w:pPr>
          </w:p>
        </w:tc>
      </w:tr>
      <w:tr w:rsidR="00B56470" w:rsidRPr="002076AE" w:rsidTr="00E80E54">
        <w:trPr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3E56F7">
            <w:pPr>
              <w:jc w:val="center"/>
              <w:rPr>
                <w:lang w:val="pl-PL"/>
              </w:rPr>
            </w:pPr>
            <w:r w:rsidRPr="002076AE">
              <w:rPr>
                <w:lang w:val="pl-PL"/>
              </w:rPr>
              <w:t>1</w:t>
            </w:r>
            <w:r w:rsidR="002076AE">
              <w:rPr>
                <w:lang w:val="pl-PL"/>
              </w:rPr>
              <w:t>5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2076AE">
            <w:pPr>
              <w:rPr>
                <w:lang w:val="pl-PL"/>
              </w:rPr>
            </w:pPr>
            <w:r w:rsidRPr="002076AE">
              <w:rPr>
                <w:lang w:val="pl-PL"/>
              </w:rPr>
              <w:t xml:space="preserve">układ </w:t>
            </w:r>
            <w:r w:rsidR="007325AA" w:rsidRPr="002076AE">
              <w:rPr>
                <w:lang w:val="pl-PL"/>
              </w:rPr>
              <w:t>ABS i elektroniczny układ stabilizacji toru jazdy</w:t>
            </w:r>
            <w:r w:rsidRPr="002076AE">
              <w:rPr>
                <w:lang w:val="pl-PL"/>
              </w:rPr>
              <w:t xml:space="preserve"> (ESP)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wymagane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  <w:tr w:rsidR="00B56470" w:rsidRPr="002076AE" w:rsidTr="00E80E54">
        <w:trPr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 w:rsidP="003E56F7">
            <w:pPr>
              <w:jc w:val="center"/>
              <w:rPr>
                <w:lang w:val="pl-PL"/>
              </w:rPr>
            </w:pPr>
            <w:r w:rsidRPr="002076AE">
              <w:rPr>
                <w:lang w:val="pl-PL"/>
              </w:rPr>
              <w:t>1</w:t>
            </w:r>
            <w:r w:rsidR="002076AE">
              <w:rPr>
                <w:lang w:val="pl-PL"/>
              </w:rPr>
              <w:t>6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3661D9" w:rsidRDefault="003E56F7" w:rsidP="003661D9">
            <w:pPr>
              <w:pStyle w:val="Tekstpodstawowy"/>
              <w:widowControl w:val="0"/>
              <w:tabs>
                <w:tab w:val="left" w:pos="829"/>
              </w:tabs>
              <w:spacing w:before="78" w:after="0"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076AE">
              <w:rPr>
                <w:rFonts w:cs="Times New Roman"/>
                <w:spacing w:val="-1"/>
                <w:sz w:val="24"/>
                <w:szCs w:val="24"/>
                <w:lang w:val="pl-PL"/>
              </w:rPr>
              <w:t>Układ wspomagania kierownicy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wymagany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  <w:tr w:rsidR="00B56470" w:rsidRPr="002076AE" w:rsidTr="00E80E54">
        <w:trPr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3E56F7">
            <w:pPr>
              <w:jc w:val="center"/>
              <w:rPr>
                <w:lang w:val="pl-PL"/>
              </w:rPr>
            </w:pPr>
            <w:r w:rsidRPr="002076AE">
              <w:rPr>
                <w:lang w:val="pl-PL"/>
              </w:rPr>
              <w:t>1</w:t>
            </w:r>
            <w:r w:rsidR="002076AE">
              <w:rPr>
                <w:lang w:val="pl-PL"/>
              </w:rPr>
              <w:t>7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Poduszki powietrzne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kierowcy oraz pasażera z możliwością dezaktywacji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  <w:tr w:rsidR="00B56470" w:rsidRPr="002076AE" w:rsidTr="00E80E54">
        <w:trPr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2076AE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18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Kamera cofania oraz czujniki parkowania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 w:rsidP="005E61E9">
            <w:pPr>
              <w:rPr>
                <w:lang w:val="pl-PL"/>
              </w:rPr>
            </w:pPr>
            <w:r w:rsidRPr="002076AE">
              <w:rPr>
                <w:lang w:val="pl-PL"/>
              </w:rPr>
              <w:t>kamera cofania oraz czujniki z tyłu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  <w:tr w:rsidR="00B56470" w:rsidRPr="002076AE" w:rsidTr="00E80E54">
        <w:trPr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2076AE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19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Klimatyzacja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automatyczna w przedniej części pojazdu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  <w:tr w:rsidR="00B56470" w:rsidRPr="002076AE" w:rsidTr="00E80E54">
        <w:trPr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3E56F7">
            <w:pPr>
              <w:jc w:val="center"/>
              <w:rPr>
                <w:lang w:val="pl-PL"/>
              </w:rPr>
            </w:pPr>
            <w:r w:rsidRPr="002076AE">
              <w:rPr>
                <w:lang w:val="pl-PL"/>
              </w:rPr>
              <w:t>2</w:t>
            </w:r>
            <w:r w:rsidR="002076AE">
              <w:rPr>
                <w:lang w:val="pl-PL"/>
              </w:rPr>
              <w:t>0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Tempomat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 xml:space="preserve">tempomat, 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  <w:tr w:rsidR="003661D9" w:rsidRPr="002076AE" w:rsidTr="00E80E54">
        <w:trPr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3661D9" w:rsidRPr="002076AE" w:rsidRDefault="003661D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21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3661D9" w:rsidRPr="002076AE" w:rsidRDefault="001F0650">
            <w:pPr>
              <w:rPr>
                <w:lang w:val="pl-PL"/>
              </w:rPr>
            </w:pPr>
            <w:r>
              <w:rPr>
                <w:lang w:val="pl-PL"/>
              </w:rPr>
              <w:t>C</w:t>
            </w:r>
            <w:r w:rsidR="003661D9" w:rsidRPr="002076AE">
              <w:rPr>
                <w:lang w:val="pl-PL"/>
              </w:rPr>
              <w:t>entralny zamek i kluczyki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3661D9" w:rsidRPr="002076AE" w:rsidRDefault="003661D9">
            <w:pPr>
              <w:rPr>
                <w:lang w:val="pl-PL"/>
              </w:rPr>
            </w:pPr>
            <w:r w:rsidRPr="002076AE">
              <w:rPr>
                <w:lang w:val="pl-PL"/>
              </w:rPr>
              <w:t>centralny zamek z pilotem, min. 2 komplety kluczyków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3661D9" w:rsidRPr="002076AE" w:rsidRDefault="003661D9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3661D9" w:rsidRPr="002076AE" w:rsidRDefault="003661D9">
            <w:pPr>
              <w:jc w:val="center"/>
              <w:rPr>
                <w:lang w:val="pl-PL"/>
              </w:rPr>
            </w:pPr>
          </w:p>
        </w:tc>
      </w:tr>
      <w:tr w:rsidR="00B56470" w:rsidRPr="002076AE" w:rsidTr="00E80E54">
        <w:trPr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3E56F7">
            <w:pPr>
              <w:jc w:val="center"/>
              <w:rPr>
                <w:lang w:val="pl-PL"/>
              </w:rPr>
            </w:pPr>
            <w:r w:rsidRPr="002076AE">
              <w:rPr>
                <w:lang w:val="pl-PL"/>
              </w:rPr>
              <w:t>2</w:t>
            </w:r>
            <w:r w:rsidR="003661D9">
              <w:rPr>
                <w:lang w:val="pl-PL"/>
              </w:rPr>
              <w:t>2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Szyby przednie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elektrycznie sterowane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  <w:tr w:rsidR="00B56470" w:rsidRPr="002076AE" w:rsidTr="00E80E54">
        <w:trPr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3E56F7">
            <w:pPr>
              <w:jc w:val="center"/>
              <w:rPr>
                <w:lang w:val="pl-PL"/>
              </w:rPr>
            </w:pPr>
            <w:r w:rsidRPr="002076AE">
              <w:rPr>
                <w:lang w:val="pl-PL"/>
              </w:rPr>
              <w:t>2</w:t>
            </w:r>
            <w:r w:rsidR="003661D9">
              <w:rPr>
                <w:lang w:val="pl-PL"/>
              </w:rPr>
              <w:t>3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Lusterka boczne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elektrycznie s</w:t>
            </w:r>
            <w:r w:rsidR="003E56F7" w:rsidRPr="002076AE">
              <w:rPr>
                <w:lang w:val="pl-PL"/>
              </w:rPr>
              <w:t>terowane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  <w:tr w:rsidR="00B56470" w:rsidRPr="002076AE" w:rsidTr="00E80E54">
        <w:trPr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3E56F7">
            <w:pPr>
              <w:jc w:val="center"/>
              <w:rPr>
                <w:lang w:val="pl-PL"/>
              </w:rPr>
            </w:pPr>
            <w:r w:rsidRPr="002076AE">
              <w:rPr>
                <w:lang w:val="pl-PL"/>
              </w:rPr>
              <w:t>2</w:t>
            </w:r>
            <w:r w:rsidR="003661D9">
              <w:rPr>
                <w:lang w:val="pl-PL"/>
              </w:rPr>
              <w:t>4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System multimedialny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10044C">
            <w:pPr>
              <w:rPr>
                <w:lang w:val="pl-PL"/>
              </w:rPr>
            </w:pPr>
            <w:r w:rsidRPr="002076AE">
              <w:rPr>
                <w:lang w:val="pl-PL"/>
              </w:rPr>
              <w:t>wymagany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  <w:tr w:rsidR="00B56470" w:rsidRPr="002076AE" w:rsidTr="00E80E54">
        <w:trPr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3E56F7">
            <w:pPr>
              <w:jc w:val="center"/>
              <w:rPr>
                <w:lang w:val="pl-PL"/>
              </w:rPr>
            </w:pPr>
            <w:r w:rsidRPr="002076AE">
              <w:rPr>
                <w:lang w:val="pl-PL"/>
              </w:rPr>
              <w:t>2</w:t>
            </w:r>
            <w:r w:rsidR="003661D9">
              <w:rPr>
                <w:lang w:val="pl-PL"/>
              </w:rPr>
              <w:t>5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Komputer pokładowy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wymagany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  <w:tr w:rsidR="00B56470" w:rsidRPr="002076AE" w:rsidTr="00E80E54">
        <w:trPr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3E56F7">
            <w:pPr>
              <w:jc w:val="center"/>
              <w:rPr>
                <w:lang w:val="pl-PL"/>
              </w:rPr>
            </w:pPr>
            <w:r w:rsidRPr="002076AE">
              <w:rPr>
                <w:lang w:val="pl-PL"/>
              </w:rPr>
              <w:t>2</w:t>
            </w:r>
            <w:r w:rsidR="003661D9">
              <w:rPr>
                <w:lang w:val="pl-PL"/>
              </w:rPr>
              <w:t>6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Fotel kierowcy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z regulacją i podłokietnikiem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  <w:tr w:rsidR="003E56F7" w:rsidRPr="002076AE" w:rsidTr="00E80E54">
        <w:trPr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3E56F7" w:rsidRPr="002076AE" w:rsidRDefault="002076AE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lastRenderedPageBreak/>
              <w:t>2</w:t>
            </w:r>
            <w:r w:rsidR="003661D9">
              <w:rPr>
                <w:lang w:val="pl-PL"/>
              </w:rPr>
              <w:t>7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3E56F7" w:rsidRPr="002076AE" w:rsidRDefault="003E56F7">
            <w:pPr>
              <w:rPr>
                <w:rFonts w:cs="Times New Roman"/>
                <w:bCs/>
                <w:color w:val="000000" w:themeColor="text1"/>
                <w:sz w:val="24"/>
                <w:szCs w:val="24"/>
                <w:lang w:val="pl-PL" w:eastAsia="pl-PL"/>
              </w:rPr>
            </w:pPr>
            <w:r w:rsidRPr="002076AE">
              <w:rPr>
                <w:rFonts w:cs="Times New Roman"/>
                <w:bCs/>
                <w:color w:val="000000" w:themeColor="text1"/>
                <w:sz w:val="24"/>
                <w:szCs w:val="24"/>
                <w:lang w:val="pl-PL" w:eastAsia="pl-PL"/>
              </w:rPr>
              <w:t xml:space="preserve">Komplet dywaników 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3E56F7" w:rsidRPr="002076AE" w:rsidRDefault="003E56F7" w:rsidP="003E56F7">
            <w:pPr>
              <w:spacing w:after="0" w:line="240" w:lineRule="auto"/>
              <w:rPr>
                <w:rFonts w:cs="Times New Roman"/>
                <w:color w:val="000000" w:themeColor="text1"/>
                <w:sz w:val="24"/>
                <w:szCs w:val="24"/>
                <w:lang w:val="pl-PL" w:eastAsia="pl-PL"/>
              </w:rPr>
            </w:pPr>
            <w:r w:rsidRPr="002076AE">
              <w:rPr>
                <w:rFonts w:cs="Times New Roman"/>
                <w:color w:val="000000" w:themeColor="text1"/>
                <w:sz w:val="24"/>
                <w:szCs w:val="24"/>
                <w:lang w:val="pl-PL" w:eastAsia="pl-PL"/>
              </w:rPr>
              <w:t>wymagane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3E56F7" w:rsidRPr="002076AE" w:rsidRDefault="003E56F7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3E56F7" w:rsidRPr="002076AE" w:rsidRDefault="003E56F7">
            <w:pPr>
              <w:jc w:val="center"/>
              <w:rPr>
                <w:lang w:val="pl-PL"/>
              </w:rPr>
            </w:pPr>
          </w:p>
        </w:tc>
      </w:tr>
      <w:tr w:rsidR="003E56F7" w:rsidRPr="002076AE" w:rsidTr="00E80E54">
        <w:trPr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3E56F7" w:rsidRPr="002076AE" w:rsidRDefault="002076AE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</w:t>
            </w:r>
            <w:r w:rsidR="003661D9">
              <w:rPr>
                <w:lang w:val="pl-PL"/>
              </w:rPr>
              <w:t>8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3E56F7" w:rsidRPr="002076AE" w:rsidRDefault="003E56F7">
            <w:pPr>
              <w:rPr>
                <w:lang w:val="pl-PL"/>
              </w:rPr>
            </w:pPr>
            <w:r w:rsidRPr="002076AE">
              <w:rPr>
                <w:rFonts w:cs="Times New Roman"/>
                <w:bCs/>
                <w:color w:val="000000" w:themeColor="text1"/>
                <w:sz w:val="24"/>
                <w:szCs w:val="24"/>
                <w:lang w:val="pl-PL" w:eastAsia="pl-PL"/>
              </w:rPr>
              <w:t>Przystosowanie do przewozu osób z niepełnosprawnością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3E56F7" w:rsidRPr="001F0650" w:rsidRDefault="000D2E03" w:rsidP="003E56F7">
            <w:pPr>
              <w:spacing w:after="0" w:line="240" w:lineRule="auto"/>
              <w:rPr>
                <w:rFonts w:cs="Times New Roman"/>
                <w:color w:val="000000" w:themeColor="text1"/>
                <w:lang w:val="pl-PL" w:eastAsia="pl-PL"/>
              </w:rPr>
            </w:pPr>
            <w:r w:rsidRPr="001F0650">
              <w:rPr>
                <w:rFonts w:cs="Times New Roman"/>
                <w:color w:val="000000" w:themeColor="text1"/>
                <w:lang w:val="pl-PL" w:eastAsia="pl-PL"/>
              </w:rPr>
              <w:t xml:space="preserve">- </w:t>
            </w:r>
            <w:r w:rsidR="003E56F7" w:rsidRPr="001F0650">
              <w:rPr>
                <w:rFonts w:cs="Times New Roman"/>
                <w:color w:val="000000" w:themeColor="text1"/>
                <w:lang w:val="pl-PL" w:eastAsia="pl-PL"/>
              </w:rPr>
              <w:t>aluminiowe najazdy</w:t>
            </w:r>
            <w:r w:rsidR="00297697" w:rsidRPr="001F0650">
              <w:rPr>
                <w:rFonts w:cs="Times New Roman"/>
                <w:color w:val="000000" w:themeColor="text1"/>
                <w:lang w:val="pl-PL" w:eastAsia="pl-PL"/>
              </w:rPr>
              <w:t xml:space="preserve"> </w:t>
            </w:r>
            <w:r w:rsidR="003E56F7" w:rsidRPr="001F0650">
              <w:rPr>
                <w:rFonts w:cs="Times New Roman"/>
                <w:color w:val="000000" w:themeColor="text1"/>
                <w:lang w:val="pl-PL" w:eastAsia="pl-PL"/>
              </w:rPr>
              <w:t>umożliwiając</w:t>
            </w:r>
            <w:r w:rsidRPr="001F0650">
              <w:rPr>
                <w:rFonts w:cs="Times New Roman"/>
                <w:color w:val="000000" w:themeColor="text1"/>
                <w:lang w:val="pl-PL" w:eastAsia="pl-PL"/>
              </w:rPr>
              <w:t>e</w:t>
            </w:r>
            <w:r w:rsidR="003E56F7" w:rsidRPr="001F0650">
              <w:rPr>
                <w:rFonts w:cs="Times New Roman"/>
                <w:color w:val="000000" w:themeColor="text1"/>
                <w:lang w:val="pl-PL" w:eastAsia="pl-PL"/>
              </w:rPr>
              <w:t xml:space="preserve"> wjazd wózka do pojazdu,</w:t>
            </w:r>
          </w:p>
          <w:p w:rsidR="003E56F7" w:rsidRPr="001F0650" w:rsidRDefault="000D2E03" w:rsidP="001F0650">
            <w:pPr>
              <w:spacing w:after="0" w:line="240" w:lineRule="auto"/>
              <w:rPr>
                <w:rFonts w:cs="Times New Roman"/>
                <w:color w:val="000000" w:themeColor="text1"/>
                <w:lang w:val="pl-PL" w:eastAsia="pl-PL"/>
              </w:rPr>
            </w:pPr>
            <w:r w:rsidRPr="001F0650">
              <w:rPr>
                <w:rFonts w:cs="Times New Roman"/>
                <w:color w:val="000000" w:themeColor="text1"/>
                <w:lang w:val="pl-PL" w:eastAsia="pl-PL"/>
              </w:rPr>
              <w:t xml:space="preserve">- </w:t>
            </w:r>
            <w:r w:rsidR="003E56F7" w:rsidRPr="001F0650">
              <w:rPr>
                <w:rFonts w:cs="Times New Roman"/>
                <w:color w:val="000000" w:themeColor="text1"/>
                <w:lang w:val="pl-PL" w:eastAsia="pl-PL"/>
              </w:rPr>
              <w:t>system mocowania wózka inwalidzkiego (szyny podłogowe + pasy),</w:t>
            </w:r>
          </w:p>
          <w:p w:rsidR="003E56F7" w:rsidRPr="001F0650" w:rsidRDefault="000D2E03" w:rsidP="001F0650">
            <w:pPr>
              <w:spacing w:after="0" w:line="240" w:lineRule="auto"/>
              <w:rPr>
                <w:rFonts w:cs="Times New Roman"/>
                <w:color w:val="000000" w:themeColor="text1"/>
                <w:lang w:val="pl-PL" w:eastAsia="pl-PL"/>
              </w:rPr>
            </w:pPr>
            <w:r w:rsidRPr="001F0650">
              <w:rPr>
                <w:rFonts w:cs="Times New Roman"/>
                <w:color w:val="000000" w:themeColor="text1"/>
                <w:lang w:val="pl-PL" w:eastAsia="pl-PL"/>
              </w:rPr>
              <w:t xml:space="preserve">- </w:t>
            </w:r>
            <w:r w:rsidR="003E56F7" w:rsidRPr="001F0650">
              <w:rPr>
                <w:rFonts w:cs="Times New Roman"/>
                <w:color w:val="000000" w:themeColor="text1"/>
                <w:lang w:val="pl-PL" w:eastAsia="pl-PL"/>
              </w:rPr>
              <w:t>pas bezpieczeństwa dla osoby na wózku,</w:t>
            </w:r>
          </w:p>
          <w:p w:rsidR="003E56F7" w:rsidRPr="001F0650" w:rsidRDefault="003E56F7" w:rsidP="001F0650">
            <w:pPr>
              <w:spacing w:after="0" w:line="240" w:lineRule="auto"/>
              <w:rPr>
                <w:rFonts w:cs="Times New Roman"/>
                <w:color w:val="000000" w:themeColor="text1"/>
                <w:lang w:val="pl-PL" w:eastAsia="pl-PL"/>
              </w:rPr>
            </w:pPr>
            <w:r w:rsidRPr="001F0650">
              <w:rPr>
                <w:rFonts w:cs="Times New Roman"/>
                <w:color w:val="000000" w:themeColor="text1"/>
                <w:lang w:val="pl-PL" w:eastAsia="pl-PL"/>
              </w:rPr>
              <w:t>możliwość bezpiecznego transportu wózka inwalidzkiego w przestrzeni pasażerskiej</w:t>
            </w:r>
            <w:r w:rsidR="000D2E03" w:rsidRPr="001F0650">
              <w:rPr>
                <w:rFonts w:cs="Times New Roman"/>
                <w:color w:val="000000" w:themeColor="text1"/>
                <w:lang w:val="pl-PL" w:eastAsia="pl-PL"/>
              </w:rPr>
              <w:t xml:space="preserve">, </w:t>
            </w:r>
          </w:p>
          <w:p w:rsidR="000D2E03" w:rsidRPr="001F0650" w:rsidRDefault="000D2E03" w:rsidP="003E56F7">
            <w:pPr>
              <w:rPr>
                <w:lang w:val="pl-PL"/>
              </w:rPr>
            </w:pPr>
            <w:r w:rsidRPr="001F0650">
              <w:rPr>
                <w:lang w:val="pl-PL"/>
              </w:rPr>
              <w:t xml:space="preserve">- homologacja zabudowy 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3E56F7" w:rsidRPr="002076AE" w:rsidRDefault="003E56F7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3E56F7" w:rsidRPr="002076AE" w:rsidRDefault="003E56F7">
            <w:pPr>
              <w:jc w:val="center"/>
              <w:rPr>
                <w:lang w:val="pl-PL"/>
              </w:rPr>
            </w:pPr>
          </w:p>
        </w:tc>
      </w:tr>
      <w:tr w:rsidR="00B56470" w:rsidRPr="002076AE" w:rsidTr="00E80E54">
        <w:trPr>
          <w:jc w:val="center"/>
        </w:trPr>
        <w:tc>
          <w:tcPr>
            <w:tcW w:w="660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2076AE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</w:t>
            </w:r>
            <w:r w:rsidR="003661D9">
              <w:rPr>
                <w:lang w:val="pl-PL"/>
              </w:rPr>
              <w:t>9</w:t>
            </w:r>
          </w:p>
        </w:tc>
        <w:tc>
          <w:tcPr>
            <w:tcW w:w="2451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Dokumenty przy odbiorze</w:t>
            </w:r>
          </w:p>
        </w:tc>
        <w:tc>
          <w:tcPr>
            <w:tcW w:w="453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7325AA">
            <w:pPr>
              <w:rPr>
                <w:lang w:val="pl-PL"/>
              </w:rPr>
            </w:pPr>
            <w:r w:rsidRPr="002076AE">
              <w:rPr>
                <w:lang w:val="pl-PL"/>
              </w:rPr>
              <w:t>dokumenty do rejestracji, instrukcja obsługi w języku polskim, dokument gwarancyjny, dokumenty potwierdzające parametry i wyposażenie</w:t>
            </w:r>
          </w:p>
        </w:tc>
        <w:tc>
          <w:tcPr>
            <w:tcW w:w="1426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B56470" w:rsidRPr="002076AE" w:rsidRDefault="00B56470">
            <w:pPr>
              <w:jc w:val="center"/>
              <w:rPr>
                <w:lang w:val="pl-PL"/>
              </w:rPr>
            </w:pPr>
          </w:p>
        </w:tc>
      </w:tr>
    </w:tbl>
    <w:p w:rsidR="001F0650" w:rsidRPr="001F0650" w:rsidRDefault="001F0650">
      <w:pPr>
        <w:pStyle w:val="Nagwek1"/>
        <w:spacing w:before="0"/>
        <w:rPr>
          <w:b w:val="0"/>
          <w:sz w:val="10"/>
          <w:szCs w:val="10"/>
          <w:lang w:val="pl-PL"/>
        </w:rPr>
      </w:pPr>
    </w:p>
    <w:p w:rsidR="00B56470" w:rsidRPr="002076AE" w:rsidRDefault="007325AA">
      <w:pPr>
        <w:pStyle w:val="Nagwek1"/>
        <w:spacing w:before="0"/>
        <w:rPr>
          <w:lang w:val="pl-PL"/>
        </w:rPr>
      </w:pPr>
      <w:r w:rsidRPr="002076AE">
        <w:rPr>
          <w:b w:val="0"/>
          <w:lang w:val="pl-PL"/>
        </w:rPr>
        <w:t>VI. Oświadczenia wykonawcy</w:t>
      </w:r>
    </w:p>
    <w:p w:rsidR="00B56470" w:rsidRPr="002076AE" w:rsidRDefault="007325AA">
      <w:pPr>
        <w:pStyle w:val="Listapunktowana"/>
        <w:spacing w:after="40"/>
        <w:rPr>
          <w:sz w:val="24"/>
          <w:szCs w:val="24"/>
          <w:lang w:val="pl-PL"/>
        </w:rPr>
      </w:pPr>
      <w:r w:rsidRPr="002076AE">
        <w:rPr>
          <w:szCs w:val="24"/>
          <w:lang w:val="pl-PL"/>
        </w:rPr>
        <w:t>oświadczam, że zapoznałem(-</w:t>
      </w:r>
      <w:proofErr w:type="spellStart"/>
      <w:r w:rsidRPr="002076AE">
        <w:rPr>
          <w:szCs w:val="24"/>
          <w:lang w:val="pl-PL"/>
        </w:rPr>
        <w:t>am</w:t>
      </w:r>
      <w:proofErr w:type="spellEnd"/>
      <w:r w:rsidRPr="002076AE">
        <w:rPr>
          <w:szCs w:val="24"/>
          <w:lang w:val="pl-PL"/>
        </w:rPr>
        <w:t>) się z treścią zapytania ofertowego oraz istotnymi postanowieniami umowy i akceptuję je bez zastrzeżeń;</w:t>
      </w:r>
    </w:p>
    <w:p w:rsidR="00B56470" w:rsidRPr="002076AE" w:rsidRDefault="007325AA">
      <w:pPr>
        <w:pStyle w:val="Listapunktowana"/>
        <w:spacing w:after="40"/>
        <w:rPr>
          <w:sz w:val="24"/>
          <w:szCs w:val="24"/>
          <w:lang w:val="pl-PL"/>
        </w:rPr>
      </w:pPr>
      <w:r w:rsidRPr="002076AE">
        <w:rPr>
          <w:szCs w:val="24"/>
          <w:lang w:val="pl-PL"/>
        </w:rPr>
        <w:t>oświadczam, że oferowany pojazd spełnia wszystkie wymagania minimalne określone przez Zamawiającego;</w:t>
      </w:r>
    </w:p>
    <w:p w:rsidR="00B56470" w:rsidRPr="002076AE" w:rsidRDefault="007325AA">
      <w:pPr>
        <w:pStyle w:val="Listapunktowana"/>
        <w:spacing w:after="40"/>
        <w:rPr>
          <w:sz w:val="24"/>
          <w:szCs w:val="24"/>
          <w:lang w:val="pl-PL"/>
        </w:rPr>
      </w:pPr>
      <w:r w:rsidRPr="002076AE">
        <w:rPr>
          <w:szCs w:val="24"/>
          <w:lang w:val="pl-PL"/>
        </w:rPr>
        <w:t>oświadczam, że prowadzę działalność gospodarczą polegającą na sprzedaży samochodów, w tym samochodów objętych przedmiotem zamówienia;</w:t>
      </w:r>
    </w:p>
    <w:p w:rsidR="00B56470" w:rsidRPr="002076AE" w:rsidRDefault="007325AA">
      <w:pPr>
        <w:pStyle w:val="Listapunktowana"/>
        <w:spacing w:after="40"/>
        <w:rPr>
          <w:sz w:val="24"/>
          <w:szCs w:val="24"/>
          <w:lang w:val="pl-PL"/>
        </w:rPr>
      </w:pPr>
      <w:r w:rsidRPr="002076AE">
        <w:rPr>
          <w:szCs w:val="24"/>
          <w:lang w:val="pl-PL"/>
        </w:rPr>
        <w:t>oświadczam, że cena oferty obejmuje wszystkie koszty związane z realizacją zamówienia;</w:t>
      </w:r>
    </w:p>
    <w:p w:rsidR="00B56470" w:rsidRPr="002076AE" w:rsidRDefault="007325AA">
      <w:pPr>
        <w:pStyle w:val="Listapunktowana"/>
        <w:spacing w:after="40"/>
        <w:rPr>
          <w:sz w:val="24"/>
          <w:szCs w:val="24"/>
          <w:lang w:val="pl-PL"/>
        </w:rPr>
      </w:pPr>
      <w:r w:rsidRPr="002076AE">
        <w:rPr>
          <w:szCs w:val="24"/>
          <w:lang w:val="pl-PL"/>
        </w:rPr>
        <w:t>zobowiązuję się do zawarcia umowy na warunkach określonych przez Zamawiającego, w przypadku wyboru mojej oferty.</w:t>
      </w:r>
    </w:p>
    <w:p w:rsidR="001F0650" w:rsidRPr="001F0650" w:rsidRDefault="001F0650">
      <w:pPr>
        <w:pStyle w:val="Nagwek1"/>
        <w:spacing w:before="0"/>
        <w:rPr>
          <w:b w:val="0"/>
          <w:sz w:val="10"/>
          <w:szCs w:val="10"/>
          <w:lang w:val="pl-PL"/>
        </w:rPr>
      </w:pPr>
    </w:p>
    <w:p w:rsidR="00B56470" w:rsidRPr="002076AE" w:rsidRDefault="007325AA">
      <w:pPr>
        <w:pStyle w:val="Nagwek1"/>
        <w:spacing w:before="0"/>
        <w:rPr>
          <w:lang w:val="pl-PL"/>
        </w:rPr>
      </w:pPr>
      <w:r w:rsidRPr="002076AE">
        <w:rPr>
          <w:b w:val="0"/>
          <w:lang w:val="pl-PL"/>
        </w:rPr>
        <w:t>VII. Wykaz załączników do oferty</w:t>
      </w:r>
    </w:p>
    <w:tbl>
      <w:tblPr>
        <w:tblW w:w="10654" w:type="dxa"/>
        <w:jc w:val="center"/>
        <w:tblLayout w:type="fixed"/>
        <w:tblLook w:val="04A0" w:firstRow="1" w:lastRow="0" w:firstColumn="1" w:lastColumn="0" w:noHBand="0" w:noVBand="1"/>
      </w:tblPr>
      <w:tblGrid>
        <w:gridCol w:w="2563"/>
        <w:gridCol w:w="5528"/>
        <w:gridCol w:w="2563"/>
      </w:tblGrid>
      <w:tr w:rsidR="00B56470" w:rsidRPr="002076AE" w:rsidTr="00CD1BA8">
        <w:trPr>
          <w:trHeight w:val="332"/>
          <w:jc w:val="center"/>
        </w:trPr>
        <w:tc>
          <w:tcPr>
            <w:tcW w:w="2563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56470" w:rsidRPr="002076AE" w:rsidRDefault="007325AA">
            <w:pPr>
              <w:jc w:val="center"/>
              <w:rPr>
                <w:lang w:val="pl-PL"/>
              </w:rPr>
            </w:pPr>
            <w:r w:rsidRPr="002076AE">
              <w:rPr>
                <w:b/>
                <w:sz w:val="20"/>
                <w:lang w:val="pl-PL"/>
              </w:rPr>
              <w:t>Lp.</w:t>
            </w:r>
          </w:p>
        </w:tc>
        <w:tc>
          <w:tcPr>
            <w:tcW w:w="5528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56470" w:rsidRPr="002076AE" w:rsidRDefault="007325AA">
            <w:pPr>
              <w:jc w:val="center"/>
              <w:rPr>
                <w:lang w:val="pl-PL"/>
              </w:rPr>
            </w:pPr>
            <w:r w:rsidRPr="002076AE">
              <w:rPr>
                <w:b/>
                <w:sz w:val="20"/>
                <w:lang w:val="pl-PL"/>
              </w:rPr>
              <w:t>Nazwa załącznika</w:t>
            </w:r>
          </w:p>
        </w:tc>
        <w:tc>
          <w:tcPr>
            <w:tcW w:w="2563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56470" w:rsidRPr="002076AE" w:rsidRDefault="007325AA">
            <w:pPr>
              <w:jc w:val="center"/>
              <w:rPr>
                <w:lang w:val="pl-PL"/>
              </w:rPr>
            </w:pPr>
            <w:r w:rsidRPr="002076AE">
              <w:rPr>
                <w:b/>
                <w:sz w:val="20"/>
                <w:lang w:val="pl-PL"/>
              </w:rPr>
              <w:t>Dołączono</w:t>
            </w:r>
          </w:p>
        </w:tc>
      </w:tr>
      <w:tr w:rsidR="00B56470" w:rsidRPr="002076AE" w:rsidTr="00CD1BA8">
        <w:trPr>
          <w:trHeight w:val="568"/>
          <w:jc w:val="center"/>
        </w:trPr>
        <w:tc>
          <w:tcPr>
            <w:tcW w:w="2563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56470" w:rsidRPr="002076AE" w:rsidRDefault="007325AA">
            <w:pPr>
              <w:jc w:val="center"/>
              <w:rPr>
                <w:szCs w:val="24"/>
                <w:lang w:val="pl-PL"/>
              </w:rPr>
            </w:pPr>
            <w:r w:rsidRPr="002076AE">
              <w:rPr>
                <w:szCs w:val="24"/>
                <w:lang w:val="pl-PL"/>
              </w:rPr>
              <w:t>1</w:t>
            </w:r>
          </w:p>
        </w:tc>
        <w:tc>
          <w:tcPr>
            <w:tcW w:w="5528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56470" w:rsidRPr="002076AE" w:rsidRDefault="007325AA">
            <w:pPr>
              <w:rPr>
                <w:szCs w:val="24"/>
                <w:lang w:val="pl-PL"/>
              </w:rPr>
            </w:pPr>
            <w:r w:rsidRPr="002076AE">
              <w:rPr>
                <w:szCs w:val="24"/>
                <w:lang w:val="pl-PL"/>
              </w:rPr>
              <w:t>Dokument / informacja potwierdzająca prowadzenie działalności gospodarczej w zakresie sprzedaży samochodów</w:t>
            </w:r>
          </w:p>
        </w:tc>
        <w:tc>
          <w:tcPr>
            <w:tcW w:w="2563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56470" w:rsidRPr="002076AE" w:rsidRDefault="007325AA">
            <w:pPr>
              <w:jc w:val="center"/>
              <w:rPr>
                <w:szCs w:val="24"/>
                <w:lang w:val="pl-PL"/>
              </w:rPr>
            </w:pPr>
            <w:r w:rsidRPr="002076AE">
              <w:rPr>
                <w:szCs w:val="24"/>
                <w:lang w:val="pl-PL"/>
              </w:rPr>
              <w:t>□</w:t>
            </w:r>
          </w:p>
        </w:tc>
      </w:tr>
      <w:tr w:rsidR="00B56470" w:rsidRPr="002076AE" w:rsidTr="00CD1BA8">
        <w:trPr>
          <w:trHeight w:val="332"/>
          <w:jc w:val="center"/>
        </w:trPr>
        <w:tc>
          <w:tcPr>
            <w:tcW w:w="2563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56470" w:rsidRPr="002076AE" w:rsidRDefault="007325AA">
            <w:pPr>
              <w:jc w:val="center"/>
              <w:rPr>
                <w:szCs w:val="24"/>
                <w:lang w:val="pl-PL"/>
              </w:rPr>
            </w:pPr>
            <w:r w:rsidRPr="002076AE">
              <w:rPr>
                <w:szCs w:val="24"/>
                <w:lang w:val="pl-PL"/>
              </w:rPr>
              <w:t>2</w:t>
            </w:r>
          </w:p>
        </w:tc>
        <w:tc>
          <w:tcPr>
            <w:tcW w:w="5528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56470" w:rsidRPr="002076AE" w:rsidRDefault="007325AA">
            <w:pPr>
              <w:rPr>
                <w:szCs w:val="24"/>
                <w:lang w:val="pl-PL"/>
              </w:rPr>
            </w:pPr>
            <w:r w:rsidRPr="002076AE">
              <w:rPr>
                <w:szCs w:val="24"/>
                <w:lang w:val="pl-PL"/>
              </w:rPr>
              <w:t>Pełnomocnictwo – jeżeli dotyczy</w:t>
            </w:r>
          </w:p>
        </w:tc>
        <w:tc>
          <w:tcPr>
            <w:tcW w:w="2563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56470" w:rsidRPr="002076AE" w:rsidRDefault="007325AA">
            <w:pPr>
              <w:jc w:val="center"/>
              <w:rPr>
                <w:szCs w:val="24"/>
                <w:lang w:val="pl-PL"/>
              </w:rPr>
            </w:pPr>
            <w:r w:rsidRPr="002076AE">
              <w:rPr>
                <w:szCs w:val="24"/>
                <w:lang w:val="pl-PL"/>
              </w:rPr>
              <w:t>□</w:t>
            </w:r>
          </w:p>
        </w:tc>
      </w:tr>
      <w:tr w:rsidR="00B56470" w:rsidRPr="002076AE" w:rsidTr="00CD1BA8">
        <w:trPr>
          <w:trHeight w:val="317"/>
          <w:jc w:val="center"/>
        </w:trPr>
        <w:tc>
          <w:tcPr>
            <w:tcW w:w="2563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56470" w:rsidRPr="002076AE" w:rsidRDefault="007325AA">
            <w:pPr>
              <w:jc w:val="center"/>
              <w:rPr>
                <w:szCs w:val="24"/>
                <w:lang w:val="pl-PL"/>
              </w:rPr>
            </w:pPr>
            <w:r w:rsidRPr="002076AE">
              <w:rPr>
                <w:szCs w:val="24"/>
                <w:lang w:val="pl-PL"/>
              </w:rPr>
              <w:t>3</w:t>
            </w:r>
          </w:p>
        </w:tc>
        <w:tc>
          <w:tcPr>
            <w:tcW w:w="5528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56470" w:rsidRPr="002076AE" w:rsidRDefault="007325AA">
            <w:pPr>
              <w:rPr>
                <w:szCs w:val="24"/>
                <w:lang w:val="pl-PL"/>
              </w:rPr>
            </w:pPr>
            <w:r w:rsidRPr="002076AE">
              <w:rPr>
                <w:szCs w:val="24"/>
                <w:lang w:val="pl-PL"/>
              </w:rPr>
              <w:t>Inne dokumenty (wskazać jakie)</w:t>
            </w:r>
          </w:p>
        </w:tc>
        <w:tc>
          <w:tcPr>
            <w:tcW w:w="2563" w:type="dxa"/>
            <w:tcBorders>
              <w:top w:val="single" w:sz="6" w:space="0" w:color="A8B3BC"/>
              <w:left w:val="single" w:sz="6" w:space="0" w:color="A8B3BC"/>
              <w:bottom w:val="single" w:sz="6" w:space="0" w:color="A8B3BC"/>
              <w:right w:val="single" w:sz="6" w:space="0" w:color="A8B3B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56470" w:rsidRPr="002076AE" w:rsidRDefault="007325AA">
            <w:pPr>
              <w:jc w:val="center"/>
              <w:rPr>
                <w:szCs w:val="24"/>
                <w:lang w:val="pl-PL"/>
              </w:rPr>
            </w:pPr>
            <w:r w:rsidRPr="002076AE">
              <w:rPr>
                <w:szCs w:val="24"/>
                <w:lang w:val="pl-PL"/>
              </w:rPr>
              <w:t>□</w:t>
            </w:r>
          </w:p>
        </w:tc>
      </w:tr>
    </w:tbl>
    <w:p w:rsidR="001F0650" w:rsidRDefault="001F0650" w:rsidP="001F0650">
      <w:pPr>
        <w:spacing w:after="0" w:line="360" w:lineRule="auto"/>
        <w:rPr>
          <w:lang w:val="pl-PL"/>
        </w:rPr>
      </w:pPr>
    </w:p>
    <w:p w:rsidR="00B56470" w:rsidRPr="002076AE" w:rsidRDefault="007325AA" w:rsidP="001F0650">
      <w:pPr>
        <w:spacing w:after="0" w:line="360" w:lineRule="auto"/>
        <w:rPr>
          <w:lang w:val="pl-PL"/>
        </w:rPr>
      </w:pPr>
      <w:r w:rsidRPr="002076AE">
        <w:rPr>
          <w:lang w:val="pl-PL"/>
        </w:rPr>
        <w:t>Miejscowość i data: ....................................................................................</w:t>
      </w:r>
      <w:r w:rsidR="001F0650">
        <w:rPr>
          <w:lang w:val="pl-PL"/>
        </w:rPr>
        <w:t>..............................</w:t>
      </w:r>
    </w:p>
    <w:p w:rsidR="00B56470" w:rsidRPr="002076AE" w:rsidRDefault="007325AA" w:rsidP="001F0650">
      <w:pPr>
        <w:spacing w:after="0" w:line="360" w:lineRule="auto"/>
        <w:jc w:val="center"/>
        <w:rPr>
          <w:lang w:val="pl-PL"/>
        </w:rPr>
      </w:pPr>
      <w:r w:rsidRPr="002076AE">
        <w:rPr>
          <w:lang w:val="pl-PL"/>
        </w:rPr>
        <w:t>....................................................................................................................</w:t>
      </w:r>
    </w:p>
    <w:p w:rsidR="00870098" w:rsidRPr="00FA6A43" w:rsidRDefault="007325AA" w:rsidP="00FA6A43">
      <w:pPr>
        <w:jc w:val="center"/>
        <w:rPr>
          <w:i/>
          <w:sz w:val="19"/>
          <w:lang w:val="pl-PL"/>
        </w:rPr>
      </w:pPr>
      <w:r w:rsidRPr="002076AE">
        <w:rPr>
          <w:i/>
          <w:sz w:val="19"/>
          <w:lang w:val="pl-PL"/>
        </w:rPr>
        <w:t>(podpis osoby uprawnionej do reprezentowania wykonawcy)</w:t>
      </w:r>
      <w:bookmarkStart w:id="0" w:name="_GoBack"/>
      <w:bookmarkEnd w:id="0"/>
    </w:p>
    <w:sectPr w:rsidR="00870098" w:rsidRPr="00FA6A43" w:rsidSect="001F0650">
      <w:footerReference w:type="default" r:id="rId8"/>
      <w:pgSz w:w="12240" w:h="15840"/>
      <w:pgMar w:top="709" w:right="1134" w:bottom="851" w:left="124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7C7C" w:rsidRDefault="00807C7C">
      <w:pPr>
        <w:spacing w:after="0" w:line="240" w:lineRule="auto"/>
      </w:pPr>
      <w:r>
        <w:separator/>
      </w:r>
    </w:p>
  </w:endnote>
  <w:endnote w:type="continuationSeparator" w:id="0">
    <w:p w:rsidR="00807C7C" w:rsidRDefault="0080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2158841"/>
      <w:docPartObj>
        <w:docPartGallery w:val="Page Numbers (Bottom of Page)"/>
        <w:docPartUnique/>
      </w:docPartObj>
    </w:sdtPr>
    <w:sdtEndPr/>
    <w:sdtContent>
      <w:p w:rsidR="00774573" w:rsidRDefault="0077457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:rsidR="00774573" w:rsidRDefault="007745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7C7C" w:rsidRDefault="00807C7C">
      <w:pPr>
        <w:spacing w:after="0" w:line="240" w:lineRule="auto"/>
      </w:pPr>
      <w:r>
        <w:separator/>
      </w:r>
    </w:p>
  </w:footnote>
  <w:footnote w:type="continuationSeparator" w:id="0">
    <w:p w:rsidR="00807C7C" w:rsidRDefault="0080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BE1EFA"/>
    <w:multiLevelType w:val="multilevel"/>
    <w:tmpl w:val="3E98D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62245D"/>
    <w:multiLevelType w:val="multilevel"/>
    <w:tmpl w:val="8376E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937050"/>
    <w:multiLevelType w:val="hybridMultilevel"/>
    <w:tmpl w:val="FC84F884"/>
    <w:lvl w:ilvl="0" w:tplc="0415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2" w15:restartNumberingAfterBreak="0">
    <w:nsid w:val="6BEE65DC"/>
    <w:multiLevelType w:val="multilevel"/>
    <w:tmpl w:val="24D8C852"/>
    <w:lvl w:ilvl="0">
      <w:start w:val="2"/>
      <w:numFmt w:val="decimal"/>
      <w:lvlText w:val="%1"/>
      <w:lvlJc w:val="left"/>
      <w:pPr>
        <w:ind w:left="494" w:hanging="38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4" w:hanging="387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288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4" w:hanging="360"/>
      </w:pPr>
      <w:rPr>
        <w:rFonts w:hint="default"/>
      </w:rPr>
    </w:lvl>
  </w:abstractNum>
  <w:abstractNum w:abstractNumId="13" w15:restartNumberingAfterBreak="0">
    <w:nsid w:val="7D62707B"/>
    <w:multiLevelType w:val="hybridMultilevel"/>
    <w:tmpl w:val="EFB6D5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1"/>
  </w:num>
  <w:num w:numId="12">
    <w:abstractNumId w:val="13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0BE8"/>
    <w:rsid w:val="00034616"/>
    <w:rsid w:val="0006063C"/>
    <w:rsid w:val="000D2E03"/>
    <w:rsid w:val="0010044C"/>
    <w:rsid w:val="0015074B"/>
    <w:rsid w:val="00165060"/>
    <w:rsid w:val="00165A2A"/>
    <w:rsid w:val="00186EC5"/>
    <w:rsid w:val="001F0650"/>
    <w:rsid w:val="002076AE"/>
    <w:rsid w:val="002438E2"/>
    <w:rsid w:val="0029639D"/>
    <w:rsid w:val="00297697"/>
    <w:rsid w:val="002E6211"/>
    <w:rsid w:val="0032596B"/>
    <w:rsid w:val="00326F90"/>
    <w:rsid w:val="003661D9"/>
    <w:rsid w:val="00392686"/>
    <w:rsid w:val="003B46FB"/>
    <w:rsid w:val="003D0200"/>
    <w:rsid w:val="003E56F7"/>
    <w:rsid w:val="00407D6C"/>
    <w:rsid w:val="00425586"/>
    <w:rsid w:val="00431B0C"/>
    <w:rsid w:val="00450DC4"/>
    <w:rsid w:val="0049710E"/>
    <w:rsid w:val="004B2EAF"/>
    <w:rsid w:val="004F5B05"/>
    <w:rsid w:val="00594AD1"/>
    <w:rsid w:val="005B68C9"/>
    <w:rsid w:val="005E61E9"/>
    <w:rsid w:val="006234E6"/>
    <w:rsid w:val="00625591"/>
    <w:rsid w:val="00674F7D"/>
    <w:rsid w:val="006D59BA"/>
    <w:rsid w:val="007325AA"/>
    <w:rsid w:val="007640A5"/>
    <w:rsid w:val="00774573"/>
    <w:rsid w:val="007D54ED"/>
    <w:rsid w:val="00807C7C"/>
    <w:rsid w:val="00870098"/>
    <w:rsid w:val="008866C2"/>
    <w:rsid w:val="00901C87"/>
    <w:rsid w:val="00920A8C"/>
    <w:rsid w:val="00947D7F"/>
    <w:rsid w:val="009607C6"/>
    <w:rsid w:val="00980B58"/>
    <w:rsid w:val="00A12B42"/>
    <w:rsid w:val="00A75EC0"/>
    <w:rsid w:val="00AA1D8D"/>
    <w:rsid w:val="00AA3099"/>
    <w:rsid w:val="00B26869"/>
    <w:rsid w:val="00B47730"/>
    <w:rsid w:val="00B56470"/>
    <w:rsid w:val="00B82097"/>
    <w:rsid w:val="00BD797A"/>
    <w:rsid w:val="00BE3F45"/>
    <w:rsid w:val="00C55469"/>
    <w:rsid w:val="00CB0664"/>
    <w:rsid w:val="00CD1BA8"/>
    <w:rsid w:val="00D42852"/>
    <w:rsid w:val="00DD71F9"/>
    <w:rsid w:val="00E80E54"/>
    <w:rsid w:val="00EB2C9C"/>
    <w:rsid w:val="00F77FCC"/>
    <w:rsid w:val="00FA6A43"/>
    <w:rsid w:val="00FC63AB"/>
    <w:rsid w:val="00FC693F"/>
    <w:rsid w:val="00FC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65FBFC"/>
  <w14:defaultImageDpi w14:val="300"/>
  <w15:docId w15:val="{C1A399FD-997B-429E-9823-E6FD3CF7F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693F"/>
    <w:pPr>
      <w:spacing w:after="80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1F4E79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  <w:color w:val="1F4E7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Normalny"/>
    <w:uiPriority w:val="1"/>
    <w:qFormat/>
    <w:rsid w:val="005E61E9"/>
    <w:pPr>
      <w:widowControl w:val="0"/>
      <w:spacing w:after="0" w:line="240" w:lineRule="auto"/>
    </w:pPr>
    <w:rPr>
      <w:rFonts w:asciiTheme="minorHAnsi" w:eastAsiaTheme="minorHAnsi" w:hAnsiTheme="minorHAns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0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65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8347875-4291-4173-86BB-AE89AB977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688</Words>
  <Characters>4128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Katarzyna Paliwoda-Kozak</cp:lastModifiedBy>
  <cp:revision>21</cp:revision>
  <cp:lastPrinted>2026-07-28T10:33:00Z</cp:lastPrinted>
  <dcterms:created xsi:type="dcterms:W3CDTF">2026-07-27T05:35:00Z</dcterms:created>
  <dcterms:modified xsi:type="dcterms:W3CDTF">2026-07-28T10:54:00Z</dcterms:modified>
  <cp:category/>
</cp:coreProperties>
</file>